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517EC" w14:textId="77777777" w:rsidR="00C23EA0" w:rsidRPr="00547C18" w:rsidRDefault="00000000">
      <w:pPr>
        <w:jc w:val="center"/>
        <w:rPr>
          <w:rFonts w:cs="Times New Roman"/>
          <w:sz w:val="24"/>
          <w:szCs w:val="24"/>
        </w:rPr>
      </w:pPr>
      <w:r w:rsidRPr="00547C18">
        <w:rPr>
          <w:rFonts w:cs="Times New Roman"/>
          <w:b/>
          <w:color w:val="1F4E79"/>
          <w:sz w:val="24"/>
          <w:szCs w:val="24"/>
        </w:rPr>
        <w:t>PROIECT DIDACTIC</w:t>
      </w:r>
    </w:p>
    <w:p w14:paraId="1633755B" w14:textId="77777777" w:rsidR="00C23EA0" w:rsidRPr="00547C18" w:rsidRDefault="00000000">
      <w:pPr>
        <w:jc w:val="center"/>
        <w:rPr>
          <w:rFonts w:cs="Times New Roman"/>
          <w:sz w:val="24"/>
          <w:szCs w:val="24"/>
        </w:rPr>
      </w:pPr>
      <w:r w:rsidRPr="00547C18">
        <w:rPr>
          <w:rFonts w:cs="Times New Roman"/>
          <w:b/>
          <w:sz w:val="24"/>
          <w:szCs w:val="24"/>
        </w:rPr>
        <w:t xml:space="preserve">Lecție în regim simultan, clasele a III-a și </w:t>
      </w:r>
      <w:proofErr w:type="gramStart"/>
      <w:r w:rsidRPr="00547C18">
        <w:rPr>
          <w:rFonts w:cs="Times New Roman"/>
          <w:b/>
          <w:sz w:val="24"/>
          <w:szCs w:val="24"/>
        </w:rPr>
        <w:t>a</w:t>
      </w:r>
      <w:proofErr w:type="gramEnd"/>
      <w:r w:rsidRPr="00547C18">
        <w:rPr>
          <w:rFonts w:cs="Times New Roman"/>
          <w:b/>
          <w:sz w:val="24"/>
          <w:szCs w:val="24"/>
        </w:rPr>
        <w:t xml:space="preserve"> IV-a</w:t>
      </w:r>
    </w:p>
    <w:tbl>
      <w:tblPr>
        <w:tblStyle w:val="Tabelgril"/>
        <w:tblW w:w="0" w:type="auto"/>
        <w:jc w:val="center"/>
        <w:tblLook w:val="04A0" w:firstRow="1" w:lastRow="0" w:firstColumn="1" w:lastColumn="0" w:noHBand="0" w:noVBand="1"/>
      </w:tblPr>
      <w:tblGrid>
        <w:gridCol w:w="2835"/>
        <w:gridCol w:w="7370"/>
      </w:tblGrid>
      <w:tr w:rsidR="00C23EA0" w:rsidRPr="00547C18" w14:paraId="3C98C165" w14:textId="77777777">
        <w:trPr>
          <w:jc w:val="center"/>
        </w:trPr>
        <w:tc>
          <w:tcPr>
            <w:tcW w:w="2835" w:type="dxa"/>
            <w:shd w:val="clear" w:color="auto" w:fill="D9EAF7"/>
            <w:vAlign w:val="center"/>
          </w:tcPr>
          <w:p w14:paraId="4F29D583" w14:textId="77777777" w:rsidR="00C23EA0" w:rsidRPr="00547C18" w:rsidRDefault="00000000">
            <w:pPr>
              <w:rPr>
                <w:rFonts w:cs="Times New Roman"/>
                <w:sz w:val="24"/>
                <w:szCs w:val="24"/>
              </w:rPr>
            </w:pPr>
            <w:r w:rsidRPr="00547C18">
              <w:rPr>
                <w:rFonts w:cs="Times New Roman"/>
                <w:b/>
                <w:sz w:val="24"/>
                <w:szCs w:val="24"/>
              </w:rPr>
              <w:t>Element</w:t>
            </w:r>
          </w:p>
        </w:tc>
        <w:tc>
          <w:tcPr>
            <w:tcW w:w="7370" w:type="dxa"/>
            <w:shd w:val="clear" w:color="auto" w:fill="D9EAF7"/>
            <w:vAlign w:val="center"/>
          </w:tcPr>
          <w:p w14:paraId="12F0D7F0" w14:textId="77777777" w:rsidR="00C23EA0" w:rsidRPr="00547C18" w:rsidRDefault="00000000">
            <w:pPr>
              <w:rPr>
                <w:rFonts w:cs="Times New Roman"/>
                <w:sz w:val="24"/>
                <w:szCs w:val="24"/>
              </w:rPr>
            </w:pPr>
            <w:r w:rsidRPr="00547C18">
              <w:rPr>
                <w:rFonts w:cs="Times New Roman"/>
                <w:b/>
                <w:sz w:val="24"/>
                <w:szCs w:val="24"/>
              </w:rPr>
              <w:t>Date generale</w:t>
            </w:r>
          </w:p>
        </w:tc>
      </w:tr>
      <w:tr w:rsidR="00C23EA0" w:rsidRPr="00547C18" w14:paraId="06B60C5E" w14:textId="77777777">
        <w:trPr>
          <w:jc w:val="center"/>
        </w:trPr>
        <w:tc>
          <w:tcPr>
            <w:tcW w:w="2835" w:type="dxa"/>
            <w:shd w:val="clear" w:color="auto" w:fill="EAF3F8"/>
            <w:vAlign w:val="center"/>
          </w:tcPr>
          <w:p w14:paraId="4B4003CD" w14:textId="77777777" w:rsidR="00C23EA0" w:rsidRPr="00547C18" w:rsidRDefault="00000000">
            <w:pPr>
              <w:rPr>
                <w:rFonts w:cs="Times New Roman"/>
                <w:sz w:val="24"/>
                <w:szCs w:val="24"/>
              </w:rPr>
            </w:pPr>
            <w:r w:rsidRPr="00547C18">
              <w:rPr>
                <w:rFonts w:cs="Times New Roman"/>
                <w:b/>
                <w:sz w:val="24"/>
                <w:szCs w:val="24"/>
              </w:rPr>
              <w:t>Disciplina</w:t>
            </w:r>
          </w:p>
        </w:tc>
        <w:tc>
          <w:tcPr>
            <w:tcW w:w="7370" w:type="dxa"/>
            <w:vAlign w:val="center"/>
          </w:tcPr>
          <w:p w14:paraId="71DEAD94" w14:textId="77777777" w:rsidR="00C23EA0" w:rsidRPr="00547C18" w:rsidRDefault="00000000">
            <w:pPr>
              <w:rPr>
                <w:rFonts w:cs="Times New Roman"/>
                <w:sz w:val="24"/>
                <w:szCs w:val="24"/>
              </w:rPr>
            </w:pPr>
            <w:r w:rsidRPr="00547C18">
              <w:rPr>
                <w:rFonts w:cs="Times New Roman"/>
                <w:sz w:val="24"/>
                <w:szCs w:val="24"/>
              </w:rPr>
              <w:t>Științe</w:t>
            </w:r>
          </w:p>
        </w:tc>
      </w:tr>
      <w:tr w:rsidR="00C23EA0" w:rsidRPr="00547C18" w14:paraId="675216EF" w14:textId="77777777">
        <w:trPr>
          <w:jc w:val="center"/>
        </w:trPr>
        <w:tc>
          <w:tcPr>
            <w:tcW w:w="2835" w:type="dxa"/>
            <w:shd w:val="clear" w:color="auto" w:fill="EAF3F8"/>
            <w:vAlign w:val="center"/>
          </w:tcPr>
          <w:p w14:paraId="11052088" w14:textId="77777777" w:rsidR="00C23EA0" w:rsidRPr="00547C18" w:rsidRDefault="00000000">
            <w:pPr>
              <w:rPr>
                <w:rFonts w:cs="Times New Roman"/>
                <w:sz w:val="24"/>
                <w:szCs w:val="24"/>
              </w:rPr>
            </w:pPr>
            <w:r w:rsidRPr="00547C18">
              <w:rPr>
                <w:rFonts w:cs="Times New Roman"/>
                <w:b/>
                <w:sz w:val="24"/>
                <w:szCs w:val="24"/>
              </w:rPr>
              <w:t>Clase asociate</w:t>
            </w:r>
          </w:p>
        </w:tc>
        <w:tc>
          <w:tcPr>
            <w:tcW w:w="7370" w:type="dxa"/>
            <w:vAlign w:val="center"/>
          </w:tcPr>
          <w:p w14:paraId="0CBDC598" w14:textId="77777777" w:rsidR="00C23EA0" w:rsidRPr="00547C18" w:rsidRDefault="00000000">
            <w:pPr>
              <w:rPr>
                <w:rFonts w:cs="Times New Roman"/>
                <w:sz w:val="24"/>
                <w:szCs w:val="24"/>
                <w:lang w:val="es-ES"/>
              </w:rPr>
            </w:pPr>
            <w:r w:rsidRPr="00547C18">
              <w:rPr>
                <w:rFonts w:cs="Times New Roman"/>
                <w:sz w:val="24"/>
                <w:szCs w:val="24"/>
                <w:lang w:val="es-ES"/>
              </w:rPr>
              <w:t>Clasa a III-a și clasa a IV-a</w:t>
            </w:r>
          </w:p>
        </w:tc>
      </w:tr>
      <w:tr w:rsidR="00C23EA0" w:rsidRPr="00547C18" w14:paraId="5E57847D" w14:textId="77777777">
        <w:trPr>
          <w:jc w:val="center"/>
        </w:trPr>
        <w:tc>
          <w:tcPr>
            <w:tcW w:w="2835" w:type="dxa"/>
            <w:shd w:val="clear" w:color="auto" w:fill="EAF3F8"/>
            <w:vAlign w:val="center"/>
          </w:tcPr>
          <w:p w14:paraId="5346A9F0" w14:textId="77777777" w:rsidR="00C23EA0" w:rsidRPr="00547C18" w:rsidRDefault="00000000">
            <w:pPr>
              <w:rPr>
                <w:rFonts w:cs="Times New Roman"/>
                <w:sz w:val="24"/>
                <w:szCs w:val="24"/>
              </w:rPr>
            </w:pPr>
            <w:r w:rsidRPr="00547C18">
              <w:rPr>
                <w:rFonts w:cs="Times New Roman"/>
                <w:b/>
                <w:sz w:val="24"/>
                <w:szCs w:val="24"/>
              </w:rPr>
              <w:t xml:space="preserve">Tema </w:t>
            </w:r>
            <w:proofErr w:type="spellStart"/>
            <w:r w:rsidRPr="00547C18">
              <w:rPr>
                <w:rFonts w:cs="Times New Roman"/>
                <w:b/>
                <w:sz w:val="24"/>
                <w:szCs w:val="24"/>
              </w:rPr>
              <w:t>comună</w:t>
            </w:r>
            <w:proofErr w:type="spellEnd"/>
          </w:p>
        </w:tc>
        <w:tc>
          <w:tcPr>
            <w:tcW w:w="7370" w:type="dxa"/>
            <w:vAlign w:val="center"/>
          </w:tcPr>
          <w:p w14:paraId="58F2313B" w14:textId="77777777" w:rsidR="00C23EA0" w:rsidRPr="00547C18" w:rsidRDefault="00000000">
            <w:pPr>
              <w:rPr>
                <w:rFonts w:cs="Times New Roman"/>
                <w:sz w:val="24"/>
                <w:szCs w:val="24"/>
              </w:rPr>
            </w:pPr>
            <w:r w:rsidRPr="00547C18">
              <w:rPr>
                <w:rFonts w:cs="Times New Roman"/>
                <w:sz w:val="24"/>
                <w:szCs w:val="24"/>
              </w:rPr>
              <w:t>„Misiunea Pământ Viu” – descoperim solul care susține viața și recapitulăm locul omului în natură</w:t>
            </w:r>
          </w:p>
        </w:tc>
      </w:tr>
      <w:tr w:rsidR="00C23EA0" w:rsidRPr="00547C18" w14:paraId="75F963CB" w14:textId="77777777">
        <w:trPr>
          <w:jc w:val="center"/>
        </w:trPr>
        <w:tc>
          <w:tcPr>
            <w:tcW w:w="2835" w:type="dxa"/>
            <w:shd w:val="clear" w:color="auto" w:fill="EAF3F8"/>
            <w:vAlign w:val="center"/>
          </w:tcPr>
          <w:p w14:paraId="5E82AA5E" w14:textId="77777777" w:rsidR="00C23EA0" w:rsidRPr="00547C18" w:rsidRDefault="00000000">
            <w:pPr>
              <w:rPr>
                <w:rFonts w:cs="Times New Roman"/>
                <w:sz w:val="24"/>
                <w:szCs w:val="24"/>
              </w:rPr>
            </w:pPr>
            <w:r w:rsidRPr="00547C18">
              <w:rPr>
                <w:rFonts w:cs="Times New Roman"/>
                <w:b/>
                <w:sz w:val="24"/>
                <w:szCs w:val="24"/>
              </w:rPr>
              <w:t>Durata</w:t>
            </w:r>
          </w:p>
        </w:tc>
        <w:tc>
          <w:tcPr>
            <w:tcW w:w="7370" w:type="dxa"/>
            <w:vAlign w:val="center"/>
          </w:tcPr>
          <w:p w14:paraId="55CEB4C2" w14:textId="77777777" w:rsidR="00C23EA0" w:rsidRPr="00547C18" w:rsidRDefault="00000000">
            <w:pPr>
              <w:rPr>
                <w:rFonts w:cs="Times New Roman"/>
                <w:sz w:val="24"/>
                <w:szCs w:val="24"/>
              </w:rPr>
            </w:pPr>
            <w:r w:rsidRPr="00547C18">
              <w:rPr>
                <w:rFonts w:cs="Times New Roman"/>
                <w:sz w:val="24"/>
                <w:szCs w:val="24"/>
              </w:rPr>
              <w:t>45 de minute</w:t>
            </w:r>
          </w:p>
        </w:tc>
      </w:tr>
    </w:tbl>
    <w:p w14:paraId="7B766378" w14:textId="77777777" w:rsidR="00C23EA0" w:rsidRPr="00547C18" w:rsidRDefault="00000000">
      <w:pPr>
        <w:spacing w:before="120" w:after="80"/>
        <w:rPr>
          <w:rFonts w:cs="Times New Roman"/>
          <w:sz w:val="24"/>
          <w:szCs w:val="24"/>
        </w:rPr>
      </w:pPr>
      <w:r w:rsidRPr="00547C18">
        <w:rPr>
          <w:rFonts w:cs="Times New Roman"/>
          <w:b/>
          <w:color w:val="1F4E79"/>
          <w:sz w:val="24"/>
          <w:szCs w:val="24"/>
        </w:rPr>
        <w:t>1. Antetul proiectului didactic</w:t>
      </w:r>
    </w:p>
    <w:tbl>
      <w:tblPr>
        <w:tblStyle w:val="Tabelgril"/>
        <w:tblW w:w="0" w:type="auto"/>
        <w:jc w:val="center"/>
        <w:tblLook w:val="04A0" w:firstRow="1" w:lastRow="0" w:firstColumn="1" w:lastColumn="0" w:noHBand="0" w:noVBand="1"/>
      </w:tblPr>
      <w:tblGrid>
        <w:gridCol w:w="2835"/>
        <w:gridCol w:w="7370"/>
      </w:tblGrid>
      <w:tr w:rsidR="00C23EA0" w:rsidRPr="00547C18" w14:paraId="22B9E76B" w14:textId="77777777">
        <w:trPr>
          <w:jc w:val="center"/>
        </w:trPr>
        <w:tc>
          <w:tcPr>
            <w:tcW w:w="2835" w:type="dxa"/>
            <w:shd w:val="clear" w:color="auto" w:fill="D9EAF7"/>
            <w:vAlign w:val="center"/>
          </w:tcPr>
          <w:p w14:paraId="07D2F533" w14:textId="77777777" w:rsidR="00C23EA0" w:rsidRPr="00547C18" w:rsidRDefault="00000000">
            <w:pPr>
              <w:rPr>
                <w:rFonts w:cs="Times New Roman"/>
                <w:sz w:val="24"/>
                <w:szCs w:val="24"/>
              </w:rPr>
            </w:pPr>
            <w:r w:rsidRPr="00547C18">
              <w:rPr>
                <w:rFonts w:cs="Times New Roman"/>
                <w:b/>
                <w:sz w:val="24"/>
                <w:szCs w:val="24"/>
              </w:rPr>
              <w:t>Element</w:t>
            </w:r>
          </w:p>
        </w:tc>
        <w:tc>
          <w:tcPr>
            <w:tcW w:w="7370" w:type="dxa"/>
            <w:shd w:val="clear" w:color="auto" w:fill="D9EAF7"/>
            <w:vAlign w:val="center"/>
          </w:tcPr>
          <w:p w14:paraId="431549B8" w14:textId="77777777" w:rsidR="00C23EA0" w:rsidRPr="00547C18" w:rsidRDefault="00000000">
            <w:pPr>
              <w:rPr>
                <w:rFonts w:cs="Times New Roman"/>
                <w:sz w:val="24"/>
                <w:szCs w:val="24"/>
              </w:rPr>
            </w:pPr>
            <w:r w:rsidRPr="00547C18">
              <w:rPr>
                <w:rFonts w:cs="Times New Roman"/>
                <w:b/>
                <w:sz w:val="24"/>
                <w:szCs w:val="24"/>
              </w:rPr>
              <w:t>Date completate</w:t>
            </w:r>
          </w:p>
        </w:tc>
      </w:tr>
      <w:tr w:rsidR="00C23EA0" w:rsidRPr="00547C18" w14:paraId="6C05C03D" w14:textId="77777777">
        <w:trPr>
          <w:jc w:val="center"/>
        </w:trPr>
        <w:tc>
          <w:tcPr>
            <w:tcW w:w="2835" w:type="dxa"/>
            <w:shd w:val="clear" w:color="auto" w:fill="EAF3F8"/>
            <w:vAlign w:val="center"/>
          </w:tcPr>
          <w:p w14:paraId="50EFC9F7" w14:textId="77777777" w:rsidR="00C23EA0" w:rsidRPr="00547C18" w:rsidRDefault="00000000">
            <w:pPr>
              <w:rPr>
                <w:rFonts w:cs="Times New Roman"/>
                <w:sz w:val="24"/>
                <w:szCs w:val="24"/>
              </w:rPr>
            </w:pPr>
            <w:r w:rsidRPr="00547C18">
              <w:rPr>
                <w:rFonts w:cs="Times New Roman"/>
                <w:b/>
                <w:sz w:val="24"/>
                <w:szCs w:val="24"/>
              </w:rPr>
              <w:t>Instituția de învățământ</w:t>
            </w:r>
          </w:p>
        </w:tc>
        <w:tc>
          <w:tcPr>
            <w:tcW w:w="7370" w:type="dxa"/>
            <w:vAlign w:val="center"/>
          </w:tcPr>
          <w:p w14:paraId="1A23D742" w14:textId="77777777" w:rsidR="00C23EA0" w:rsidRPr="00547C18" w:rsidRDefault="00000000">
            <w:pPr>
              <w:rPr>
                <w:rFonts w:cs="Times New Roman"/>
                <w:sz w:val="24"/>
                <w:szCs w:val="24"/>
              </w:rPr>
            </w:pPr>
            <w:r w:rsidRPr="00547C18">
              <w:rPr>
                <w:rFonts w:cs="Times New Roman"/>
                <w:sz w:val="24"/>
                <w:szCs w:val="24"/>
              </w:rPr>
              <w:t>____________________________________________</w:t>
            </w:r>
          </w:p>
        </w:tc>
      </w:tr>
      <w:tr w:rsidR="00C23EA0" w:rsidRPr="00547C18" w14:paraId="4A2FBCEA" w14:textId="77777777">
        <w:trPr>
          <w:jc w:val="center"/>
        </w:trPr>
        <w:tc>
          <w:tcPr>
            <w:tcW w:w="2835" w:type="dxa"/>
            <w:shd w:val="clear" w:color="auto" w:fill="EAF3F8"/>
            <w:vAlign w:val="center"/>
          </w:tcPr>
          <w:p w14:paraId="33ACC605" w14:textId="77777777" w:rsidR="00C23EA0" w:rsidRPr="00547C18" w:rsidRDefault="00000000">
            <w:pPr>
              <w:rPr>
                <w:rFonts w:cs="Times New Roman"/>
                <w:sz w:val="24"/>
                <w:szCs w:val="24"/>
              </w:rPr>
            </w:pPr>
            <w:r w:rsidRPr="00547C18">
              <w:rPr>
                <w:rFonts w:cs="Times New Roman"/>
                <w:b/>
                <w:sz w:val="24"/>
                <w:szCs w:val="24"/>
              </w:rPr>
              <w:t>Cadrul didactic</w:t>
            </w:r>
          </w:p>
        </w:tc>
        <w:tc>
          <w:tcPr>
            <w:tcW w:w="7370" w:type="dxa"/>
            <w:vAlign w:val="center"/>
          </w:tcPr>
          <w:p w14:paraId="063569FD" w14:textId="77777777" w:rsidR="00C23EA0" w:rsidRPr="00547C18" w:rsidRDefault="00000000">
            <w:pPr>
              <w:rPr>
                <w:rFonts w:cs="Times New Roman"/>
                <w:sz w:val="24"/>
                <w:szCs w:val="24"/>
              </w:rPr>
            </w:pPr>
            <w:r w:rsidRPr="00547C18">
              <w:rPr>
                <w:rFonts w:cs="Times New Roman"/>
                <w:sz w:val="24"/>
                <w:szCs w:val="24"/>
              </w:rPr>
              <w:t>____________________________________________</w:t>
            </w:r>
          </w:p>
        </w:tc>
      </w:tr>
      <w:tr w:rsidR="00C23EA0" w:rsidRPr="00547C18" w14:paraId="03CF80BC" w14:textId="77777777">
        <w:trPr>
          <w:jc w:val="center"/>
        </w:trPr>
        <w:tc>
          <w:tcPr>
            <w:tcW w:w="2835" w:type="dxa"/>
            <w:shd w:val="clear" w:color="auto" w:fill="EAF3F8"/>
            <w:vAlign w:val="center"/>
          </w:tcPr>
          <w:p w14:paraId="246F4B14" w14:textId="77777777" w:rsidR="00C23EA0" w:rsidRPr="00547C18" w:rsidRDefault="00000000">
            <w:pPr>
              <w:rPr>
                <w:rFonts w:cs="Times New Roman"/>
                <w:sz w:val="24"/>
                <w:szCs w:val="24"/>
              </w:rPr>
            </w:pPr>
            <w:r w:rsidRPr="00547C18">
              <w:rPr>
                <w:rFonts w:cs="Times New Roman"/>
                <w:b/>
                <w:sz w:val="24"/>
                <w:szCs w:val="24"/>
              </w:rPr>
              <w:t>Disciplina</w:t>
            </w:r>
          </w:p>
        </w:tc>
        <w:tc>
          <w:tcPr>
            <w:tcW w:w="7370" w:type="dxa"/>
            <w:vAlign w:val="center"/>
          </w:tcPr>
          <w:p w14:paraId="5CA01196" w14:textId="77777777" w:rsidR="00C23EA0" w:rsidRPr="00547C18" w:rsidRDefault="00000000">
            <w:pPr>
              <w:rPr>
                <w:rFonts w:cs="Times New Roman"/>
                <w:sz w:val="24"/>
                <w:szCs w:val="24"/>
              </w:rPr>
            </w:pPr>
            <w:r w:rsidRPr="00547C18">
              <w:rPr>
                <w:rFonts w:cs="Times New Roman"/>
                <w:sz w:val="24"/>
                <w:szCs w:val="24"/>
              </w:rPr>
              <w:t>Științe</w:t>
            </w:r>
          </w:p>
        </w:tc>
      </w:tr>
      <w:tr w:rsidR="00C23EA0" w:rsidRPr="00547C18" w14:paraId="00F1A8A4" w14:textId="77777777">
        <w:trPr>
          <w:jc w:val="center"/>
        </w:trPr>
        <w:tc>
          <w:tcPr>
            <w:tcW w:w="2835" w:type="dxa"/>
            <w:shd w:val="clear" w:color="auto" w:fill="EAF3F8"/>
            <w:vAlign w:val="center"/>
          </w:tcPr>
          <w:p w14:paraId="4A8A6C96" w14:textId="77777777" w:rsidR="00C23EA0" w:rsidRPr="00547C18" w:rsidRDefault="00000000">
            <w:pPr>
              <w:rPr>
                <w:rFonts w:cs="Times New Roman"/>
                <w:sz w:val="24"/>
                <w:szCs w:val="24"/>
              </w:rPr>
            </w:pPr>
            <w:r w:rsidRPr="00547C18">
              <w:rPr>
                <w:rFonts w:cs="Times New Roman"/>
                <w:b/>
                <w:sz w:val="24"/>
                <w:szCs w:val="24"/>
              </w:rPr>
              <w:t>Clase asociate</w:t>
            </w:r>
          </w:p>
        </w:tc>
        <w:tc>
          <w:tcPr>
            <w:tcW w:w="7370" w:type="dxa"/>
            <w:vAlign w:val="center"/>
          </w:tcPr>
          <w:p w14:paraId="3B748A7D" w14:textId="77777777" w:rsidR="00C23EA0" w:rsidRPr="00547C18" w:rsidRDefault="00000000">
            <w:pPr>
              <w:rPr>
                <w:rFonts w:cs="Times New Roman"/>
                <w:sz w:val="24"/>
                <w:szCs w:val="24"/>
                <w:lang w:val="es-ES"/>
              </w:rPr>
            </w:pPr>
            <w:r w:rsidRPr="00547C18">
              <w:rPr>
                <w:rFonts w:cs="Times New Roman"/>
                <w:sz w:val="24"/>
                <w:szCs w:val="24"/>
                <w:lang w:val="es-ES"/>
              </w:rPr>
              <w:t>Clasa a III-a și clasa a IV-a</w:t>
            </w:r>
          </w:p>
        </w:tc>
      </w:tr>
      <w:tr w:rsidR="00C23EA0" w:rsidRPr="00547C18" w14:paraId="38AEC3C7" w14:textId="77777777">
        <w:trPr>
          <w:jc w:val="center"/>
        </w:trPr>
        <w:tc>
          <w:tcPr>
            <w:tcW w:w="2835" w:type="dxa"/>
            <w:shd w:val="clear" w:color="auto" w:fill="EAF3F8"/>
            <w:vAlign w:val="center"/>
          </w:tcPr>
          <w:p w14:paraId="51DF5D24" w14:textId="77777777" w:rsidR="00C23EA0" w:rsidRPr="00547C18" w:rsidRDefault="00000000">
            <w:pPr>
              <w:rPr>
                <w:rFonts w:cs="Times New Roman"/>
                <w:sz w:val="24"/>
                <w:szCs w:val="24"/>
              </w:rPr>
            </w:pPr>
            <w:r w:rsidRPr="00547C18">
              <w:rPr>
                <w:rFonts w:cs="Times New Roman"/>
                <w:b/>
                <w:sz w:val="24"/>
                <w:szCs w:val="24"/>
              </w:rPr>
              <w:t>Data</w:t>
            </w:r>
          </w:p>
        </w:tc>
        <w:tc>
          <w:tcPr>
            <w:tcW w:w="7370" w:type="dxa"/>
            <w:vAlign w:val="center"/>
          </w:tcPr>
          <w:p w14:paraId="01050573" w14:textId="77777777" w:rsidR="00C23EA0" w:rsidRPr="00547C18" w:rsidRDefault="00000000">
            <w:pPr>
              <w:rPr>
                <w:rFonts w:cs="Times New Roman"/>
                <w:sz w:val="24"/>
                <w:szCs w:val="24"/>
              </w:rPr>
            </w:pPr>
            <w:r w:rsidRPr="00547C18">
              <w:rPr>
                <w:rFonts w:cs="Times New Roman"/>
                <w:sz w:val="24"/>
                <w:szCs w:val="24"/>
              </w:rPr>
              <w:t>08.10</w:t>
            </w:r>
          </w:p>
        </w:tc>
      </w:tr>
      <w:tr w:rsidR="00C23EA0" w:rsidRPr="00547C18" w14:paraId="16174A9E" w14:textId="77777777">
        <w:trPr>
          <w:jc w:val="center"/>
        </w:trPr>
        <w:tc>
          <w:tcPr>
            <w:tcW w:w="2835" w:type="dxa"/>
            <w:shd w:val="clear" w:color="auto" w:fill="EAF3F8"/>
            <w:vAlign w:val="center"/>
          </w:tcPr>
          <w:p w14:paraId="23996936" w14:textId="77777777" w:rsidR="00C23EA0" w:rsidRPr="00547C18" w:rsidRDefault="00000000">
            <w:pPr>
              <w:rPr>
                <w:rFonts w:cs="Times New Roman"/>
                <w:sz w:val="24"/>
                <w:szCs w:val="24"/>
                <w:lang w:val="es-ES"/>
              </w:rPr>
            </w:pPr>
            <w:r w:rsidRPr="00547C18">
              <w:rPr>
                <w:rFonts w:cs="Times New Roman"/>
                <w:b/>
                <w:sz w:val="24"/>
                <w:szCs w:val="24"/>
                <w:lang w:val="es-ES"/>
              </w:rPr>
              <w:t>Unitatea de învățare, clasa a III-a</w:t>
            </w:r>
          </w:p>
        </w:tc>
        <w:tc>
          <w:tcPr>
            <w:tcW w:w="7370" w:type="dxa"/>
            <w:vAlign w:val="center"/>
          </w:tcPr>
          <w:p w14:paraId="4F65F93C" w14:textId="77777777" w:rsidR="00C23EA0" w:rsidRPr="00547C18" w:rsidRDefault="00000000">
            <w:pPr>
              <w:rPr>
                <w:rFonts w:cs="Times New Roman"/>
                <w:sz w:val="24"/>
                <w:szCs w:val="24"/>
              </w:rPr>
            </w:pPr>
            <w:proofErr w:type="spellStart"/>
            <w:r w:rsidRPr="00547C18">
              <w:rPr>
                <w:rFonts w:cs="Times New Roman"/>
                <w:sz w:val="24"/>
                <w:szCs w:val="24"/>
              </w:rPr>
              <w:t>Unitatea</w:t>
            </w:r>
            <w:proofErr w:type="spellEnd"/>
            <w:r w:rsidRPr="00547C18">
              <w:rPr>
                <w:rFonts w:cs="Times New Roman"/>
                <w:sz w:val="24"/>
                <w:szCs w:val="24"/>
              </w:rPr>
              <w:t xml:space="preserve"> 1: </w:t>
            </w:r>
            <w:proofErr w:type="spellStart"/>
            <w:r w:rsidRPr="00547C18">
              <w:rPr>
                <w:rFonts w:cs="Times New Roman"/>
                <w:sz w:val="24"/>
                <w:szCs w:val="24"/>
              </w:rPr>
              <w:t>Aerul</w:t>
            </w:r>
            <w:proofErr w:type="spellEnd"/>
            <w:r w:rsidRPr="00547C18">
              <w:rPr>
                <w:rFonts w:cs="Times New Roman"/>
                <w:sz w:val="24"/>
                <w:szCs w:val="24"/>
              </w:rPr>
              <w:t xml:space="preserve">, </w:t>
            </w:r>
            <w:proofErr w:type="spellStart"/>
            <w:r w:rsidRPr="00547C18">
              <w:rPr>
                <w:rFonts w:cs="Times New Roman"/>
                <w:sz w:val="24"/>
                <w:szCs w:val="24"/>
              </w:rPr>
              <w:t>apa</w:t>
            </w:r>
            <w:proofErr w:type="spellEnd"/>
            <w:r w:rsidRPr="00547C18">
              <w:rPr>
                <w:rFonts w:cs="Times New Roman"/>
                <w:sz w:val="24"/>
                <w:szCs w:val="24"/>
              </w:rPr>
              <w:t>, solul</w:t>
            </w:r>
          </w:p>
        </w:tc>
      </w:tr>
      <w:tr w:rsidR="00C23EA0" w:rsidRPr="00547C18" w14:paraId="6DCD9D4E" w14:textId="77777777">
        <w:trPr>
          <w:jc w:val="center"/>
        </w:trPr>
        <w:tc>
          <w:tcPr>
            <w:tcW w:w="2835" w:type="dxa"/>
            <w:shd w:val="clear" w:color="auto" w:fill="EAF3F8"/>
            <w:vAlign w:val="center"/>
          </w:tcPr>
          <w:p w14:paraId="16963E62" w14:textId="77777777" w:rsidR="00C23EA0" w:rsidRPr="00547C18" w:rsidRDefault="00000000">
            <w:pPr>
              <w:rPr>
                <w:rFonts w:cs="Times New Roman"/>
                <w:sz w:val="24"/>
                <w:szCs w:val="24"/>
                <w:lang w:val="es-ES"/>
              </w:rPr>
            </w:pPr>
            <w:r w:rsidRPr="00547C18">
              <w:rPr>
                <w:rFonts w:cs="Times New Roman"/>
                <w:b/>
                <w:sz w:val="24"/>
                <w:szCs w:val="24"/>
                <w:lang w:val="es-ES"/>
              </w:rPr>
              <w:t>Unitatea de învățare, clasa a IV-a</w:t>
            </w:r>
          </w:p>
        </w:tc>
        <w:tc>
          <w:tcPr>
            <w:tcW w:w="7370" w:type="dxa"/>
            <w:vAlign w:val="center"/>
          </w:tcPr>
          <w:p w14:paraId="1CE3E4CF" w14:textId="77777777" w:rsidR="00C23EA0" w:rsidRPr="00547C18" w:rsidRDefault="00000000">
            <w:pPr>
              <w:rPr>
                <w:rFonts w:cs="Times New Roman"/>
                <w:sz w:val="24"/>
                <w:szCs w:val="24"/>
                <w:lang w:val="es-ES"/>
              </w:rPr>
            </w:pPr>
            <w:r w:rsidRPr="00547C18">
              <w:rPr>
                <w:rFonts w:cs="Times New Roman"/>
                <w:sz w:val="24"/>
                <w:szCs w:val="24"/>
                <w:lang w:val="es-ES"/>
              </w:rPr>
              <w:t>Unitatea de învățare nr. 1: Omul – parte a naturii</w:t>
            </w:r>
          </w:p>
        </w:tc>
      </w:tr>
      <w:tr w:rsidR="00C23EA0" w:rsidRPr="00547C18" w14:paraId="7BDCAFFD" w14:textId="77777777">
        <w:trPr>
          <w:jc w:val="center"/>
        </w:trPr>
        <w:tc>
          <w:tcPr>
            <w:tcW w:w="2835" w:type="dxa"/>
            <w:shd w:val="clear" w:color="auto" w:fill="EAF3F8"/>
            <w:vAlign w:val="center"/>
          </w:tcPr>
          <w:p w14:paraId="0418BDD0" w14:textId="77777777" w:rsidR="00C23EA0" w:rsidRPr="00547C18" w:rsidRDefault="00000000">
            <w:pPr>
              <w:rPr>
                <w:rFonts w:cs="Times New Roman"/>
                <w:sz w:val="24"/>
                <w:szCs w:val="24"/>
                <w:lang w:val="es-ES"/>
              </w:rPr>
            </w:pPr>
            <w:r w:rsidRPr="00547C18">
              <w:rPr>
                <w:rFonts w:cs="Times New Roman"/>
                <w:b/>
                <w:sz w:val="24"/>
                <w:szCs w:val="24"/>
                <w:lang w:val="es-ES"/>
              </w:rPr>
              <w:t>Subiectul lecției, clasa a III-a</w:t>
            </w:r>
          </w:p>
        </w:tc>
        <w:tc>
          <w:tcPr>
            <w:tcW w:w="7370" w:type="dxa"/>
            <w:vAlign w:val="center"/>
          </w:tcPr>
          <w:p w14:paraId="44368D6F" w14:textId="77777777" w:rsidR="00C23EA0" w:rsidRPr="00547C18" w:rsidRDefault="00000000">
            <w:pPr>
              <w:rPr>
                <w:rFonts w:cs="Times New Roman"/>
                <w:sz w:val="24"/>
                <w:szCs w:val="24"/>
              </w:rPr>
            </w:pPr>
            <w:proofErr w:type="spellStart"/>
            <w:r w:rsidRPr="00547C18">
              <w:rPr>
                <w:rFonts w:cs="Times New Roman"/>
                <w:sz w:val="24"/>
                <w:szCs w:val="24"/>
              </w:rPr>
              <w:t>Solul</w:t>
            </w:r>
            <w:proofErr w:type="spellEnd"/>
            <w:r w:rsidRPr="00547C18">
              <w:rPr>
                <w:rFonts w:cs="Times New Roman"/>
                <w:sz w:val="24"/>
                <w:szCs w:val="24"/>
              </w:rPr>
              <w:t>. Proprietățile solului</w:t>
            </w:r>
          </w:p>
        </w:tc>
      </w:tr>
      <w:tr w:rsidR="00C23EA0" w:rsidRPr="00547C18" w14:paraId="1514D74E" w14:textId="77777777">
        <w:trPr>
          <w:jc w:val="center"/>
        </w:trPr>
        <w:tc>
          <w:tcPr>
            <w:tcW w:w="2835" w:type="dxa"/>
            <w:shd w:val="clear" w:color="auto" w:fill="EAF3F8"/>
            <w:vAlign w:val="center"/>
          </w:tcPr>
          <w:p w14:paraId="5C5886DA" w14:textId="77777777" w:rsidR="00C23EA0" w:rsidRPr="00547C18" w:rsidRDefault="00000000">
            <w:pPr>
              <w:rPr>
                <w:rFonts w:cs="Times New Roman"/>
                <w:sz w:val="24"/>
                <w:szCs w:val="24"/>
                <w:lang w:val="es-ES"/>
              </w:rPr>
            </w:pPr>
            <w:r w:rsidRPr="00547C18">
              <w:rPr>
                <w:rFonts w:cs="Times New Roman"/>
                <w:b/>
                <w:sz w:val="24"/>
                <w:szCs w:val="24"/>
                <w:lang w:val="es-ES"/>
              </w:rPr>
              <w:t>Subiectul lecției, clasa a IV-a</w:t>
            </w:r>
          </w:p>
        </w:tc>
        <w:tc>
          <w:tcPr>
            <w:tcW w:w="7370" w:type="dxa"/>
            <w:vAlign w:val="center"/>
          </w:tcPr>
          <w:p w14:paraId="4B3A4278" w14:textId="77777777" w:rsidR="00C23EA0" w:rsidRPr="00547C18" w:rsidRDefault="00000000">
            <w:pPr>
              <w:rPr>
                <w:rFonts w:cs="Times New Roman"/>
                <w:sz w:val="24"/>
                <w:szCs w:val="24"/>
                <w:lang w:val="es-ES"/>
              </w:rPr>
            </w:pPr>
            <w:r w:rsidRPr="00547C18">
              <w:rPr>
                <w:rFonts w:cs="Times New Roman"/>
                <w:sz w:val="24"/>
                <w:szCs w:val="24"/>
                <w:lang w:val="es-ES"/>
              </w:rPr>
              <w:t>Recapitulare. Omul – parte a naturii</w:t>
            </w:r>
          </w:p>
        </w:tc>
      </w:tr>
      <w:tr w:rsidR="00C23EA0" w:rsidRPr="00547C18" w14:paraId="086DE610" w14:textId="77777777">
        <w:trPr>
          <w:jc w:val="center"/>
        </w:trPr>
        <w:tc>
          <w:tcPr>
            <w:tcW w:w="2835" w:type="dxa"/>
            <w:shd w:val="clear" w:color="auto" w:fill="EAF3F8"/>
            <w:vAlign w:val="center"/>
          </w:tcPr>
          <w:p w14:paraId="5B94796A" w14:textId="77777777" w:rsidR="00C23EA0" w:rsidRPr="00547C18" w:rsidRDefault="00000000">
            <w:pPr>
              <w:rPr>
                <w:rFonts w:cs="Times New Roman"/>
                <w:sz w:val="24"/>
                <w:szCs w:val="24"/>
              </w:rPr>
            </w:pPr>
            <w:r w:rsidRPr="00547C18">
              <w:rPr>
                <w:rFonts w:cs="Times New Roman"/>
                <w:b/>
                <w:sz w:val="24"/>
                <w:szCs w:val="24"/>
              </w:rPr>
              <w:t xml:space="preserve">Tema </w:t>
            </w:r>
            <w:proofErr w:type="spellStart"/>
            <w:r w:rsidRPr="00547C18">
              <w:rPr>
                <w:rFonts w:cs="Times New Roman"/>
                <w:b/>
                <w:sz w:val="24"/>
                <w:szCs w:val="24"/>
              </w:rPr>
              <w:t>comună</w:t>
            </w:r>
            <w:proofErr w:type="spellEnd"/>
            <w:r w:rsidRPr="00547C18">
              <w:rPr>
                <w:rFonts w:cs="Times New Roman"/>
                <w:b/>
                <w:sz w:val="24"/>
                <w:szCs w:val="24"/>
              </w:rPr>
              <w:t>/</w:t>
            </w:r>
            <w:proofErr w:type="spellStart"/>
            <w:r w:rsidRPr="00547C18">
              <w:rPr>
                <w:rFonts w:cs="Times New Roman"/>
                <w:b/>
                <w:sz w:val="24"/>
                <w:szCs w:val="24"/>
              </w:rPr>
              <w:t>contextul</w:t>
            </w:r>
            <w:proofErr w:type="spellEnd"/>
            <w:r w:rsidRPr="00547C18">
              <w:rPr>
                <w:rFonts w:cs="Times New Roman"/>
                <w:b/>
                <w:sz w:val="24"/>
                <w:szCs w:val="24"/>
              </w:rPr>
              <w:t xml:space="preserve"> </w:t>
            </w:r>
            <w:proofErr w:type="spellStart"/>
            <w:r w:rsidRPr="00547C18">
              <w:rPr>
                <w:rFonts w:cs="Times New Roman"/>
                <w:b/>
                <w:sz w:val="24"/>
                <w:szCs w:val="24"/>
              </w:rPr>
              <w:t>comun</w:t>
            </w:r>
            <w:proofErr w:type="spellEnd"/>
          </w:p>
        </w:tc>
        <w:tc>
          <w:tcPr>
            <w:tcW w:w="7370" w:type="dxa"/>
            <w:vAlign w:val="center"/>
          </w:tcPr>
          <w:p w14:paraId="6A02CC8B" w14:textId="77777777" w:rsidR="00C23EA0" w:rsidRPr="00547C18" w:rsidRDefault="00000000">
            <w:pPr>
              <w:rPr>
                <w:rFonts w:cs="Times New Roman"/>
                <w:sz w:val="24"/>
                <w:szCs w:val="24"/>
              </w:rPr>
            </w:pPr>
            <w:r w:rsidRPr="00547C18">
              <w:rPr>
                <w:rFonts w:cs="Times New Roman"/>
                <w:sz w:val="24"/>
                <w:szCs w:val="24"/>
              </w:rPr>
              <w:t>„Misiunea Pământ Viu” – descoperim solul care susține viața și recapitulăm locul omului în natură</w:t>
            </w:r>
          </w:p>
        </w:tc>
      </w:tr>
      <w:tr w:rsidR="00C23EA0" w:rsidRPr="00547C18" w14:paraId="57934A61" w14:textId="77777777">
        <w:trPr>
          <w:jc w:val="center"/>
        </w:trPr>
        <w:tc>
          <w:tcPr>
            <w:tcW w:w="2835" w:type="dxa"/>
            <w:shd w:val="clear" w:color="auto" w:fill="EAF3F8"/>
            <w:vAlign w:val="center"/>
          </w:tcPr>
          <w:p w14:paraId="7B1FA70F" w14:textId="77777777" w:rsidR="00C23EA0" w:rsidRPr="00547C18" w:rsidRDefault="00000000">
            <w:pPr>
              <w:rPr>
                <w:rFonts w:cs="Times New Roman"/>
                <w:sz w:val="24"/>
                <w:szCs w:val="24"/>
              </w:rPr>
            </w:pPr>
            <w:r w:rsidRPr="00547C18">
              <w:rPr>
                <w:rFonts w:cs="Times New Roman"/>
                <w:b/>
                <w:sz w:val="24"/>
                <w:szCs w:val="24"/>
              </w:rPr>
              <w:t>Tipul lecției</w:t>
            </w:r>
          </w:p>
        </w:tc>
        <w:tc>
          <w:tcPr>
            <w:tcW w:w="7370" w:type="dxa"/>
            <w:vAlign w:val="center"/>
          </w:tcPr>
          <w:p w14:paraId="0858F3F2" w14:textId="77777777" w:rsidR="00C23EA0" w:rsidRPr="00547C18" w:rsidRDefault="00000000">
            <w:pPr>
              <w:rPr>
                <w:rFonts w:cs="Times New Roman"/>
                <w:sz w:val="24"/>
                <w:szCs w:val="24"/>
                <w:lang w:val="es-ES"/>
              </w:rPr>
            </w:pPr>
            <w:r w:rsidRPr="00547C18">
              <w:rPr>
                <w:rFonts w:cs="Times New Roman"/>
                <w:sz w:val="24"/>
                <w:szCs w:val="24"/>
                <w:lang w:val="es-ES"/>
              </w:rPr>
              <w:t>Clasa a III-a: lecție mixtă; clasa a IV-a: lecție de recapitulare/evaluare formativă; model constructivist ERRE</w:t>
            </w:r>
          </w:p>
        </w:tc>
      </w:tr>
      <w:tr w:rsidR="00C23EA0" w:rsidRPr="00547C18" w14:paraId="40E9B3FF" w14:textId="77777777">
        <w:trPr>
          <w:jc w:val="center"/>
        </w:trPr>
        <w:tc>
          <w:tcPr>
            <w:tcW w:w="2835" w:type="dxa"/>
            <w:shd w:val="clear" w:color="auto" w:fill="EAF3F8"/>
            <w:vAlign w:val="center"/>
          </w:tcPr>
          <w:p w14:paraId="48993F4F" w14:textId="77777777" w:rsidR="00C23EA0" w:rsidRPr="00547C18" w:rsidRDefault="00000000">
            <w:pPr>
              <w:rPr>
                <w:rFonts w:cs="Times New Roman"/>
                <w:sz w:val="24"/>
                <w:szCs w:val="24"/>
              </w:rPr>
            </w:pPr>
            <w:proofErr w:type="spellStart"/>
            <w:r w:rsidRPr="00547C18">
              <w:rPr>
                <w:rFonts w:cs="Times New Roman"/>
                <w:b/>
                <w:sz w:val="24"/>
                <w:szCs w:val="24"/>
              </w:rPr>
              <w:t>Durata</w:t>
            </w:r>
            <w:proofErr w:type="spellEnd"/>
            <w:r w:rsidRPr="00547C18">
              <w:rPr>
                <w:rFonts w:cs="Times New Roman"/>
                <w:b/>
                <w:sz w:val="24"/>
                <w:szCs w:val="24"/>
              </w:rPr>
              <w:t xml:space="preserve"> </w:t>
            </w:r>
            <w:proofErr w:type="spellStart"/>
            <w:r w:rsidRPr="00547C18">
              <w:rPr>
                <w:rFonts w:cs="Times New Roman"/>
                <w:b/>
                <w:sz w:val="24"/>
                <w:szCs w:val="24"/>
              </w:rPr>
              <w:t>lecției</w:t>
            </w:r>
            <w:proofErr w:type="spellEnd"/>
          </w:p>
        </w:tc>
        <w:tc>
          <w:tcPr>
            <w:tcW w:w="7370" w:type="dxa"/>
            <w:vAlign w:val="center"/>
          </w:tcPr>
          <w:p w14:paraId="3A1E8BE5" w14:textId="77777777" w:rsidR="00C23EA0" w:rsidRPr="00547C18" w:rsidRDefault="00000000">
            <w:pPr>
              <w:rPr>
                <w:rFonts w:cs="Times New Roman"/>
                <w:sz w:val="24"/>
                <w:szCs w:val="24"/>
              </w:rPr>
            </w:pPr>
            <w:r w:rsidRPr="00547C18">
              <w:rPr>
                <w:rFonts w:cs="Times New Roman"/>
                <w:sz w:val="24"/>
                <w:szCs w:val="24"/>
              </w:rPr>
              <w:t>45 de minute</w:t>
            </w:r>
          </w:p>
        </w:tc>
      </w:tr>
      <w:tr w:rsidR="00C23EA0" w:rsidRPr="00547C18" w14:paraId="62D178B9" w14:textId="77777777">
        <w:trPr>
          <w:jc w:val="center"/>
        </w:trPr>
        <w:tc>
          <w:tcPr>
            <w:tcW w:w="2835" w:type="dxa"/>
            <w:shd w:val="clear" w:color="auto" w:fill="EAF3F8"/>
            <w:vAlign w:val="center"/>
          </w:tcPr>
          <w:p w14:paraId="60AB1560" w14:textId="77777777" w:rsidR="00C23EA0" w:rsidRPr="00547C18" w:rsidRDefault="00000000">
            <w:pPr>
              <w:rPr>
                <w:rFonts w:cs="Times New Roman"/>
                <w:sz w:val="24"/>
                <w:szCs w:val="24"/>
              </w:rPr>
            </w:pPr>
            <w:r w:rsidRPr="00547C18">
              <w:rPr>
                <w:rFonts w:cs="Times New Roman"/>
                <w:b/>
                <w:sz w:val="24"/>
                <w:szCs w:val="24"/>
              </w:rPr>
              <w:t>Locul desfășurării</w:t>
            </w:r>
          </w:p>
        </w:tc>
        <w:tc>
          <w:tcPr>
            <w:tcW w:w="7370" w:type="dxa"/>
            <w:vAlign w:val="center"/>
          </w:tcPr>
          <w:p w14:paraId="1E5FF89E" w14:textId="77777777" w:rsidR="00C23EA0" w:rsidRPr="00547C18" w:rsidRDefault="00000000">
            <w:pPr>
              <w:rPr>
                <w:rFonts w:cs="Times New Roman"/>
                <w:sz w:val="24"/>
                <w:szCs w:val="24"/>
              </w:rPr>
            </w:pPr>
            <w:r w:rsidRPr="00547C18">
              <w:rPr>
                <w:rFonts w:cs="Times New Roman"/>
                <w:sz w:val="24"/>
                <w:szCs w:val="24"/>
              </w:rPr>
              <w:t>Sala de clasă</w:t>
            </w:r>
          </w:p>
        </w:tc>
      </w:tr>
    </w:tbl>
    <w:p w14:paraId="19113B4F" w14:textId="77777777" w:rsidR="00C23EA0" w:rsidRPr="00547C18" w:rsidRDefault="00000000">
      <w:pPr>
        <w:spacing w:before="120" w:after="80"/>
        <w:rPr>
          <w:rFonts w:cs="Times New Roman"/>
          <w:sz w:val="24"/>
          <w:szCs w:val="24"/>
        </w:rPr>
      </w:pPr>
      <w:r w:rsidRPr="00547C18">
        <w:rPr>
          <w:rFonts w:cs="Times New Roman"/>
          <w:b/>
          <w:color w:val="1F4E79"/>
          <w:sz w:val="24"/>
          <w:szCs w:val="24"/>
        </w:rPr>
        <w:t>2. Coordonate curriculare pe clase</w:t>
      </w:r>
    </w:p>
    <w:tbl>
      <w:tblPr>
        <w:tblStyle w:val="Tabelgril"/>
        <w:tblW w:w="0" w:type="auto"/>
        <w:jc w:val="center"/>
        <w:tblLook w:val="04A0" w:firstRow="1" w:lastRow="0" w:firstColumn="1" w:lastColumn="0" w:noHBand="0" w:noVBand="1"/>
      </w:tblPr>
      <w:tblGrid>
        <w:gridCol w:w="1785"/>
        <w:gridCol w:w="1785"/>
        <w:gridCol w:w="1785"/>
        <w:gridCol w:w="1785"/>
        <w:gridCol w:w="1785"/>
        <w:gridCol w:w="1785"/>
      </w:tblGrid>
      <w:tr w:rsidR="00C23EA0" w:rsidRPr="00547C18" w14:paraId="46EAFDB4" w14:textId="77777777">
        <w:trPr>
          <w:jc w:val="center"/>
        </w:trPr>
        <w:tc>
          <w:tcPr>
            <w:tcW w:w="1785" w:type="dxa"/>
            <w:shd w:val="clear" w:color="auto" w:fill="D9EAF7"/>
            <w:vAlign w:val="center"/>
          </w:tcPr>
          <w:p w14:paraId="451D00F8" w14:textId="77777777" w:rsidR="00C23EA0" w:rsidRPr="00547C18" w:rsidRDefault="00000000">
            <w:pPr>
              <w:rPr>
                <w:rFonts w:cs="Times New Roman"/>
                <w:sz w:val="24"/>
                <w:szCs w:val="24"/>
              </w:rPr>
            </w:pPr>
            <w:r w:rsidRPr="00547C18">
              <w:rPr>
                <w:rFonts w:cs="Times New Roman"/>
                <w:b/>
                <w:sz w:val="24"/>
                <w:szCs w:val="24"/>
              </w:rPr>
              <w:t>Clasa</w:t>
            </w:r>
          </w:p>
        </w:tc>
        <w:tc>
          <w:tcPr>
            <w:tcW w:w="1785" w:type="dxa"/>
            <w:shd w:val="clear" w:color="auto" w:fill="D9EAF7"/>
            <w:vAlign w:val="center"/>
          </w:tcPr>
          <w:p w14:paraId="04BAF793" w14:textId="77777777" w:rsidR="00C23EA0" w:rsidRPr="00547C18" w:rsidRDefault="00000000">
            <w:pPr>
              <w:rPr>
                <w:rFonts w:cs="Times New Roman"/>
                <w:sz w:val="24"/>
                <w:szCs w:val="24"/>
              </w:rPr>
            </w:pPr>
            <w:r w:rsidRPr="00547C18">
              <w:rPr>
                <w:rFonts w:cs="Times New Roman"/>
                <w:b/>
                <w:sz w:val="24"/>
                <w:szCs w:val="24"/>
              </w:rPr>
              <w:t>Unități de competență</w:t>
            </w:r>
          </w:p>
        </w:tc>
        <w:tc>
          <w:tcPr>
            <w:tcW w:w="1785" w:type="dxa"/>
            <w:shd w:val="clear" w:color="auto" w:fill="D9EAF7"/>
            <w:vAlign w:val="center"/>
          </w:tcPr>
          <w:p w14:paraId="13B86ED6" w14:textId="77777777" w:rsidR="00C23EA0" w:rsidRPr="00547C18" w:rsidRDefault="00000000">
            <w:pPr>
              <w:rPr>
                <w:rFonts w:cs="Times New Roman"/>
                <w:sz w:val="24"/>
                <w:szCs w:val="24"/>
              </w:rPr>
            </w:pPr>
            <w:r w:rsidRPr="00547C18">
              <w:rPr>
                <w:rFonts w:cs="Times New Roman"/>
                <w:b/>
                <w:sz w:val="24"/>
                <w:szCs w:val="24"/>
              </w:rPr>
              <w:t>Obiective operaționale</w:t>
            </w:r>
          </w:p>
        </w:tc>
        <w:tc>
          <w:tcPr>
            <w:tcW w:w="1785" w:type="dxa"/>
            <w:shd w:val="clear" w:color="auto" w:fill="D9EAF7"/>
            <w:vAlign w:val="center"/>
          </w:tcPr>
          <w:p w14:paraId="2580D692" w14:textId="77777777" w:rsidR="00C23EA0" w:rsidRPr="00547C18" w:rsidRDefault="00000000">
            <w:pPr>
              <w:rPr>
                <w:rFonts w:cs="Times New Roman"/>
                <w:sz w:val="24"/>
                <w:szCs w:val="24"/>
              </w:rPr>
            </w:pPr>
            <w:r w:rsidRPr="00547C18">
              <w:rPr>
                <w:rFonts w:cs="Times New Roman"/>
                <w:b/>
                <w:sz w:val="24"/>
                <w:szCs w:val="24"/>
              </w:rPr>
              <w:t>Conținuturi vizate</w:t>
            </w:r>
          </w:p>
        </w:tc>
        <w:tc>
          <w:tcPr>
            <w:tcW w:w="1785" w:type="dxa"/>
            <w:shd w:val="clear" w:color="auto" w:fill="D9EAF7"/>
            <w:vAlign w:val="center"/>
          </w:tcPr>
          <w:p w14:paraId="5AB455CF" w14:textId="77777777" w:rsidR="00C23EA0" w:rsidRPr="00547C18" w:rsidRDefault="00000000">
            <w:pPr>
              <w:rPr>
                <w:rFonts w:cs="Times New Roman"/>
                <w:sz w:val="24"/>
                <w:szCs w:val="24"/>
              </w:rPr>
            </w:pPr>
            <w:r w:rsidRPr="00547C18">
              <w:rPr>
                <w:rFonts w:cs="Times New Roman"/>
                <w:b/>
                <w:sz w:val="24"/>
                <w:szCs w:val="24"/>
              </w:rPr>
              <w:t>Activități principale</w:t>
            </w:r>
          </w:p>
        </w:tc>
        <w:tc>
          <w:tcPr>
            <w:tcW w:w="1785" w:type="dxa"/>
            <w:shd w:val="clear" w:color="auto" w:fill="D9EAF7"/>
            <w:vAlign w:val="center"/>
          </w:tcPr>
          <w:p w14:paraId="534CDDEF" w14:textId="77777777" w:rsidR="00C23EA0" w:rsidRPr="00547C18" w:rsidRDefault="00000000">
            <w:pPr>
              <w:rPr>
                <w:rFonts w:cs="Times New Roman"/>
                <w:sz w:val="24"/>
                <w:szCs w:val="24"/>
              </w:rPr>
            </w:pPr>
            <w:r w:rsidRPr="00547C18">
              <w:rPr>
                <w:rFonts w:cs="Times New Roman"/>
                <w:b/>
                <w:sz w:val="24"/>
                <w:szCs w:val="24"/>
              </w:rPr>
              <w:t>Produse</w:t>
            </w:r>
          </w:p>
        </w:tc>
      </w:tr>
      <w:tr w:rsidR="00C23EA0" w:rsidRPr="00547C18" w14:paraId="059C240D" w14:textId="77777777">
        <w:trPr>
          <w:jc w:val="center"/>
        </w:trPr>
        <w:tc>
          <w:tcPr>
            <w:tcW w:w="1785" w:type="dxa"/>
            <w:vAlign w:val="center"/>
          </w:tcPr>
          <w:p w14:paraId="4013C11A" w14:textId="77777777" w:rsidR="00C23EA0" w:rsidRPr="00547C18" w:rsidRDefault="00000000">
            <w:pPr>
              <w:rPr>
                <w:rFonts w:cs="Times New Roman"/>
                <w:sz w:val="24"/>
                <w:szCs w:val="24"/>
              </w:rPr>
            </w:pPr>
            <w:r w:rsidRPr="00547C18">
              <w:rPr>
                <w:rFonts w:cs="Times New Roman"/>
                <w:sz w:val="24"/>
                <w:szCs w:val="24"/>
              </w:rPr>
              <w:t>a III-a</w:t>
            </w:r>
          </w:p>
        </w:tc>
        <w:tc>
          <w:tcPr>
            <w:tcW w:w="1785" w:type="dxa"/>
            <w:vAlign w:val="center"/>
          </w:tcPr>
          <w:p w14:paraId="50E3CCB3" w14:textId="77777777" w:rsidR="00C23EA0" w:rsidRPr="00547C18" w:rsidRDefault="00000000">
            <w:pPr>
              <w:rPr>
                <w:rFonts w:cs="Times New Roman"/>
                <w:sz w:val="24"/>
                <w:szCs w:val="24"/>
              </w:rPr>
            </w:pPr>
            <w:r w:rsidRPr="00547C18">
              <w:rPr>
                <w:rFonts w:cs="Times New Roman"/>
                <w:sz w:val="24"/>
                <w:szCs w:val="24"/>
              </w:rPr>
              <w:t>1.2. Enumerarea proprietăților aerului, apei, solului.</w:t>
            </w:r>
            <w:r w:rsidRPr="00547C18">
              <w:rPr>
                <w:rFonts w:cs="Times New Roman"/>
                <w:sz w:val="24"/>
                <w:szCs w:val="24"/>
              </w:rPr>
              <w:br/>
              <w:t>1.3. Desfășurarea unui demers investigativ privind proprietățile apei, aerului, solului, după un plan dat.</w:t>
            </w:r>
          </w:p>
        </w:tc>
        <w:tc>
          <w:tcPr>
            <w:tcW w:w="1785" w:type="dxa"/>
            <w:vAlign w:val="center"/>
          </w:tcPr>
          <w:p w14:paraId="4E30C917" w14:textId="77777777" w:rsidR="00C23EA0" w:rsidRPr="00547C18" w:rsidRDefault="00000000">
            <w:pPr>
              <w:rPr>
                <w:rFonts w:cs="Times New Roman"/>
                <w:sz w:val="24"/>
                <w:szCs w:val="24"/>
              </w:rPr>
            </w:pPr>
            <w:r w:rsidRPr="00547C18">
              <w:rPr>
                <w:rFonts w:cs="Times New Roman"/>
                <w:sz w:val="24"/>
                <w:szCs w:val="24"/>
              </w:rPr>
              <w:t>OIII1 – să descrie tipurile de sol după cel puțin trei proprietăți fizice;</w:t>
            </w:r>
            <w:r w:rsidRPr="00547C18">
              <w:rPr>
                <w:rFonts w:cs="Times New Roman"/>
                <w:sz w:val="24"/>
                <w:szCs w:val="24"/>
              </w:rPr>
              <w:br/>
              <w:t>OIII2 – să explice rolul a cel puțin două proprietăți ale solului pentru plante;</w:t>
            </w:r>
            <w:r w:rsidRPr="00547C18">
              <w:rPr>
                <w:rFonts w:cs="Times New Roman"/>
                <w:sz w:val="24"/>
                <w:szCs w:val="24"/>
              </w:rPr>
              <w:br/>
              <w:t xml:space="preserve">OIII3 – să interpreteze rezultatele </w:t>
            </w:r>
            <w:r w:rsidRPr="00547C18">
              <w:rPr>
                <w:rFonts w:cs="Times New Roman"/>
                <w:sz w:val="24"/>
                <w:szCs w:val="24"/>
              </w:rPr>
              <w:lastRenderedPageBreak/>
              <w:t>experimentului și să formuleze o concluzie simplă;</w:t>
            </w:r>
            <w:r w:rsidRPr="00547C18">
              <w:rPr>
                <w:rFonts w:cs="Times New Roman"/>
                <w:sz w:val="24"/>
                <w:szCs w:val="24"/>
              </w:rPr>
              <w:br/>
              <w:t>OIII4 – să argumenteze importanța protejării solului pentru sănătatea oamenilor.</w:t>
            </w:r>
          </w:p>
        </w:tc>
        <w:tc>
          <w:tcPr>
            <w:tcW w:w="1785" w:type="dxa"/>
            <w:vAlign w:val="center"/>
          </w:tcPr>
          <w:p w14:paraId="409F5DEF" w14:textId="77777777" w:rsidR="00C23EA0" w:rsidRPr="00547C18" w:rsidRDefault="00000000">
            <w:pPr>
              <w:rPr>
                <w:rFonts w:cs="Times New Roman"/>
                <w:sz w:val="24"/>
                <w:szCs w:val="24"/>
              </w:rPr>
            </w:pPr>
            <w:r w:rsidRPr="00547C18">
              <w:rPr>
                <w:rFonts w:cs="Times New Roman"/>
                <w:sz w:val="24"/>
                <w:szCs w:val="24"/>
              </w:rPr>
              <w:lastRenderedPageBreak/>
              <w:t>Solul; cernoziom, sol nisipos, sol argilos; culoare, textură, umiditate, permeabilitate, fertilitate; humus; rolul solului; protecția solului.</w:t>
            </w:r>
          </w:p>
        </w:tc>
        <w:tc>
          <w:tcPr>
            <w:tcW w:w="1785" w:type="dxa"/>
            <w:vAlign w:val="center"/>
          </w:tcPr>
          <w:p w14:paraId="3CE366DA" w14:textId="77777777" w:rsidR="00C23EA0" w:rsidRPr="00547C18" w:rsidRDefault="00000000">
            <w:pPr>
              <w:rPr>
                <w:rFonts w:cs="Times New Roman"/>
                <w:sz w:val="24"/>
                <w:szCs w:val="24"/>
                <w:lang w:val="es-ES"/>
              </w:rPr>
            </w:pPr>
            <w:r w:rsidRPr="00547C18">
              <w:rPr>
                <w:rFonts w:cs="Times New Roman"/>
                <w:sz w:val="24"/>
                <w:szCs w:val="24"/>
                <w:lang w:val="es-ES"/>
              </w:rPr>
              <w:t>Observare de probe; investigația permeabilității; completarea „Pașaportului solului”; experimentul „Cum prietenesc plantele și solul?”; situații-problemă.</w:t>
            </w:r>
          </w:p>
        </w:tc>
        <w:tc>
          <w:tcPr>
            <w:tcW w:w="1785" w:type="dxa"/>
            <w:vAlign w:val="center"/>
          </w:tcPr>
          <w:p w14:paraId="7AED888B" w14:textId="77777777" w:rsidR="00C23EA0" w:rsidRPr="00547C18" w:rsidRDefault="00000000">
            <w:pPr>
              <w:rPr>
                <w:rFonts w:cs="Times New Roman"/>
                <w:sz w:val="24"/>
                <w:szCs w:val="24"/>
              </w:rPr>
            </w:pPr>
            <w:proofErr w:type="spellStart"/>
            <w:r w:rsidRPr="00547C18">
              <w:rPr>
                <w:rFonts w:cs="Times New Roman"/>
                <w:sz w:val="24"/>
                <w:szCs w:val="24"/>
              </w:rPr>
              <w:t>Fișă</w:t>
            </w:r>
            <w:proofErr w:type="spellEnd"/>
            <w:r w:rsidRPr="00547C18">
              <w:rPr>
                <w:rFonts w:cs="Times New Roman"/>
                <w:sz w:val="24"/>
                <w:szCs w:val="24"/>
              </w:rPr>
              <w:t xml:space="preserve"> de </w:t>
            </w:r>
            <w:proofErr w:type="spellStart"/>
            <w:r w:rsidRPr="00547C18">
              <w:rPr>
                <w:rFonts w:cs="Times New Roman"/>
                <w:sz w:val="24"/>
                <w:szCs w:val="24"/>
              </w:rPr>
              <w:t>investigație</w:t>
            </w:r>
            <w:proofErr w:type="spellEnd"/>
            <w:r w:rsidRPr="00547C18">
              <w:rPr>
                <w:rFonts w:cs="Times New Roman"/>
                <w:sz w:val="24"/>
                <w:szCs w:val="24"/>
              </w:rPr>
              <w:t xml:space="preserve">; </w:t>
            </w:r>
            <w:proofErr w:type="spellStart"/>
            <w:r w:rsidRPr="00547C18">
              <w:rPr>
                <w:rFonts w:cs="Times New Roman"/>
                <w:sz w:val="24"/>
                <w:szCs w:val="24"/>
              </w:rPr>
              <w:t>tabel</w:t>
            </w:r>
            <w:proofErr w:type="spellEnd"/>
            <w:r w:rsidRPr="00547C18">
              <w:rPr>
                <w:rFonts w:cs="Times New Roman"/>
                <w:sz w:val="24"/>
                <w:szCs w:val="24"/>
              </w:rPr>
              <w:t xml:space="preserve"> comparativ; concluzie de experiment; „Jurământul Gardianului Solului”.</w:t>
            </w:r>
          </w:p>
        </w:tc>
      </w:tr>
      <w:tr w:rsidR="00C23EA0" w:rsidRPr="00547C18" w14:paraId="0A00A9B4" w14:textId="77777777">
        <w:trPr>
          <w:jc w:val="center"/>
        </w:trPr>
        <w:tc>
          <w:tcPr>
            <w:tcW w:w="1785" w:type="dxa"/>
            <w:vAlign w:val="center"/>
          </w:tcPr>
          <w:p w14:paraId="521FBB65" w14:textId="77777777" w:rsidR="00C23EA0" w:rsidRPr="00547C18" w:rsidRDefault="00000000">
            <w:pPr>
              <w:rPr>
                <w:rFonts w:cs="Times New Roman"/>
                <w:sz w:val="24"/>
                <w:szCs w:val="24"/>
              </w:rPr>
            </w:pPr>
            <w:proofErr w:type="gramStart"/>
            <w:r w:rsidRPr="00547C18">
              <w:rPr>
                <w:rFonts w:cs="Times New Roman"/>
                <w:sz w:val="24"/>
                <w:szCs w:val="24"/>
              </w:rPr>
              <w:t>a</w:t>
            </w:r>
            <w:proofErr w:type="gramEnd"/>
            <w:r w:rsidRPr="00547C18">
              <w:rPr>
                <w:rFonts w:cs="Times New Roman"/>
                <w:sz w:val="24"/>
                <w:szCs w:val="24"/>
              </w:rPr>
              <w:t xml:space="preserve"> IV-a</w:t>
            </w:r>
          </w:p>
        </w:tc>
        <w:tc>
          <w:tcPr>
            <w:tcW w:w="1785" w:type="dxa"/>
            <w:vAlign w:val="center"/>
          </w:tcPr>
          <w:p w14:paraId="26650622" w14:textId="77777777" w:rsidR="00C23EA0" w:rsidRPr="00547C18" w:rsidRDefault="00000000">
            <w:pPr>
              <w:rPr>
                <w:rFonts w:cs="Times New Roman"/>
                <w:sz w:val="24"/>
                <w:szCs w:val="24"/>
              </w:rPr>
            </w:pPr>
            <w:r w:rsidRPr="00547C18">
              <w:rPr>
                <w:rFonts w:cs="Times New Roman"/>
                <w:sz w:val="24"/>
                <w:szCs w:val="24"/>
              </w:rPr>
              <w:t>1.1, 1.2, 1.5, 1.6, 1.7</w:t>
            </w:r>
          </w:p>
        </w:tc>
        <w:tc>
          <w:tcPr>
            <w:tcW w:w="1785" w:type="dxa"/>
            <w:vAlign w:val="center"/>
          </w:tcPr>
          <w:p w14:paraId="0CA9042C" w14:textId="77777777" w:rsidR="00C23EA0" w:rsidRPr="00547C18" w:rsidRDefault="00000000">
            <w:pPr>
              <w:rPr>
                <w:rFonts w:cs="Times New Roman"/>
                <w:sz w:val="24"/>
                <w:szCs w:val="24"/>
              </w:rPr>
            </w:pPr>
            <w:r w:rsidRPr="00547C18">
              <w:rPr>
                <w:rFonts w:cs="Times New Roman"/>
                <w:sz w:val="24"/>
                <w:szCs w:val="24"/>
              </w:rPr>
              <w:t>OIV1 – să identifice două asemănări și deosebiri dintre explorator și inventator;</w:t>
            </w:r>
            <w:r w:rsidRPr="00547C18">
              <w:rPr>
                <w:rFonts w:cs="Times New Roman"/>
                <w:sz w:val="24"/>
                <w:szCs w:val="24"/>
              </w:rPr>
              <w:br/>
              <w:t>OIV2 – să enumere patru activități specifice etapelor vieții omului;</w:t>
            </w:r>
            <w:r w:rsidRPr="00547C18">
              <w:rPr>
                <w:rFonts w:cs="Times New Roman"/>
                <w:sz w:val="24"/>
                <w:szCs w:val="24"/>
              </w:rPr>
              <w:br/>
              <w:t>OIV3 – să realizeze un produs de grup pe o temă recapitulativă;</w:t>
            </w:r>
            <w:r w:rsidRPr="00547C18">
              <w:rPr>
                <w:rFonts w:cs="Times New Roman"/>
                <w:sz w:val="24"/>
                <w:szCs w:val="24"/>
              </w:rPr>
              <w:br/>
              <w:t>OIV4 – să dezvolte idei pe baza celor studiate anterior;</w:t>
            </w:r>
            <w:r w:rsidRPr="00547C18">
              <w:rPr>
                <w:rFonts w:cs="Times New Roman"/>
                <w:sz w:val="24"/>
                <w:szCs w:val="24"/>
              </w:rPr>
              <w:br/>
            </w:r>
            <w:r w:rsidRPr="00547C18">
              <w:rPr>
                <w:rFonts w:cs="Times New Roman"/>
                <w:sz w:val="24"/>
                <w:szCs w:val="24"/>
              </w:rPr>
              <w:br/>
            </w:r>
            <w:r w:rsidRPr="00547C18">
              <w:rPr>
                <w:rFonts w:cs="Times New Roman"/>
                <w:sz w:val="24"/>
                <w:szCs w:val="24"/>
              </w:rPr>
              <w:br/>
            </w:r>
          </w:p>
        </w:tc>
        <w:tc>
          <w:tcPr>
            <w:tcW w:w="1785" w:type="dxa"/>
            <w:vAlign w:val="center"/>
          </w:tcPr>
          <w:p w14:paraId="4B11B9D7" w14:textId="77777777" w:rsidR="00C23EA0" w:rsidRPr="00547C18" w:rsidRDefault="00000000">
            <w:pPr>
              <w:rPr>
                <w:rFonts w:cs="Times New Roman"/>
                <w:sz w:val="24"/>
                <w:szCs w:val="24"/>
              </w:rPr>
            </w:pPr>
            <w:r w:rsidRPr="00547C18">
              <w:rPr>
                <w:rFonts w:cs="Times New Roman"/>
                <w:sz w:val="24"/>
                <w:szCs w:val="24"/>
              </w:rPr>
              <w:t>Recapitulare: diversitatea naturii; corpuri din natură; omul și etapele vieții; corpul uman; exploratori și inventatori; tehnologii; siguranță online; sănătate și responsabilitate.</w:t>
            </w:r>
          </w:p>
        </w:tc>
        <w:tc>
          <w:tcPr>
            <w:tcW w:w="1785" w:type="dxa"/>
            <w:vAlign w:val="center"/>
          </w:tcPr>
          <w:p w14:paraId="02134D3E" w14:textId="77777777" w:rsidR="00C23EA0" w:rsidRPr="00547C18" w:rsidRDefault="00000000">
            <w:pPr>
              <w:rPr>
                <w:rFonts w:cs="Times New Roman"/>
                <w:sz w:val="24"/>
                <w:szCs w:val="24"/>
              </w:rPr>
            </w:pPr>
            <w:r w:rsidRPr="00547C18">
              <w:rPr>
                <w:rFonts w:cs="Times New Roman"/>
                <w:sz w:val="24"/>
                <w:szCs w:val="24"/>
              </w:rPr>
              <w:t>Diagrama Venn; „Roata recapitulării”; lucru pe echipe – Naturaliștii, Inventatorii, Omuleții, Exploratorii; reporterul; poster/jurnal triplu.</w:t>
            </w:r>
          </w:p>
        </w:tc>
        <w:tc>
          <w:tcPr>
            <w:tcW w:w="1785" w:type="dxa"/>
            <w:vAlign w:val="center"/>
          </w:tcPr>
          <w:p w14:paraId="3986F8B9" w14:textId="77777777" w:rsidR="00C23EA0" w:rsidRPr="00547C18" w:rsidRDefault="00000000">
            <w:pPr>
              <w:rPr>
                <w:rFonts w:cs="Times New Roman"/>
                <w:sz w:val="24"/>
                <w:szCs w:val="24"/>
                <w:lang w:val="fr-FR"/>
              </w:rPr>
            </w:pPr>
            <w:proofErr w:type="spellStart"/>
            <w:r w:rsidRPr="00547C18">
              <w:rPr>
                <w:rFonts w:cs="Times New Roman"/>
                <w:sz w:val="24"/>
                <w:szCs w:val="24"/>
                <w:lang w:val="fr-FR"/>
              </w:rPr>
              <w:t>Diagramă</w:t>
            </w:r>
            <w:proofErr w:type="spellEnd"/>
            <w:r w:rsidRPr="00547C18">
              <w:rPr>
                <w:rFonts w:cs="Times New Roman"/>
                <w:sz w:val="24"/>
                <w:szCs w:val="24"/>
                <w:lang w:val="fr-FR"/>
              </w:rPr>
              <w:t xml:space="preserve"> </w:t>
            </w:r>
            <w:proofErr w:type="gramStart"/>
            <w:r w:rsidRPr="00547C18">
              <w:rPr>
                <w:rFonts w:cs="Times New Roman"/>
                <w:sz w:val="24"/>
                <w:szCs w:val="24"/>
                <w:lang w:val="fr-FR"/>
              </w:rPr>
              <w:t>Venn;</w:t>
            </w:r>
            <w:proofErr w:type="gramEnd"/>
            <w:r w:rsidRPr="00547C18">
              <w:rPr>
                <w:rFonts w:cs="Times New Roman"/>
                <w:sz w:val="24"/>
                <w:szCs w:val="24"/>
                <w:lang w:val="fr-FR"/>
              </w:rPr>
              <w:t xml:space="preserve"> </w:t>
            </w:r>
            <w:proofErr w:type="spellStart"/>
            <w:r w:rsidRPr="00547C18">
              <w:rPr>
                <w:rFonts w:cs="Times New Roman"/>
                <w:sz w:val="24"/>
                <w:szCs w:val="24"/>
                <w:lang w:val="fr-FR"/>
              </w:rPr>
              <w:t>fișă</w:t>
            </w:r>
            <w:proofErr w:type="spellEnd"/>
            <w:r w:rsidRPr="00547C18">
              <w:rPr>
                <w:rFonts w:cs="Times New Roman"/>
                <w:sz w:val="24"/>
                <w:szCs w:val="24"/>
                <w:lang w:val="fr-FR"/>
              </w:rPr>
              <w:t xml:space="preserve"> </w:t>
            </w:r>
            <w:proofErr w:type="spellStart"/>
            <w:proofErr w:type="gramStart"/>
            <w:r w:rsidRPr="00547C18">
              <w:rPr>
                <w:rFonts w:cs="Times New Roman"/>
                <w:sz w:val="24"/>
                <w:szCs w:val="24"/>
                <w:lang w:val="fr-FR"/>
              </w:rPr>
              <w:t>recapitulativă</w:t>
            </w:r>
            <w:proofErr w:type="spellEnd"/>
            <w:r w:rsidRPr="00547C18">
              <w:rPr>
                <w:rFonts w:cs="Times New Roman"/>
                <w:sz w:val="24"/>
                <w:szCs w:val="24"/>
                <w:lang w:val="fr-FR"/>
              </w:rPr>
              <w:t>;</w:t>
            </w:r>
            <w:proofErr w:type="gramEnd"/>
            <w:r w:rsidRPr="00547C18">
              <w:rPr>
                <w:rFonts w:cs="Times New Roman"/>
                <w:sz w:val="24"/>
                <w:szCs w:val="24"/>
                <w:lang w:val="fr-FR"/>
              </w:rPr>
              <w:t xml:space="preserve"> poster/</w:t>
            </w:r>
            <w:proofErr w:type="spellStart"/>
            <w:proofErr w:type="gramStart"/>
            <w:r w:rsidRPr="00547C18">
              <w:rPr>
                <w:rFonts w:cs="Times New Roman"/>
                <w:sz w:val="24"/>
                <w:szCs w:val="24"/>
                <w:lang w:val="fr-FR"/>
              </w:rPr>
              <w:t>jurnal</w:t>
            </w:r>
            <w:proofErr w:type="spellEnd"/>
            <w:r w:rsidRPr="00547C18">
              <w:rPr>
                <w:rFonts w:cs="Times New Roman"/>
                <w:sz w:val="24"/>
                <w:szCs w:val="24"/>
                <w:lang w:val="fr-FR"/>
              </w:rPr>
              <w:t>;</w:t>
            </w:r>
            <w:proofErr w:type="gramEnd"/>
            <w:r w:rsidRPr="00547C18">
              <w:rPr>
                <w:rFonts w:cs="Times New Roman"/>
                <w:sz w:val="24"/>
                <w:szCs w:val="24"/>
                <w:lang w:val="fr-FR"/>
              </w:rPr>
              <w:t xml:space="preserve"> </w:t>
            </w:r>
            <w:proofErr w:type="spellStart"/>
            <w:r w:rsidRPr="00547C18">
              <w:rPr>
                <w:rFonts w:cs="Times New Roman"/>
                <w:sz w:val="24"/>
                <w:szCs w:val="24"/>
                <w:lang w:val="fr-FR"/>
              </w:rPr>
              <w:t>răspuns</w:t>
            </w:r>
            <w:proofErr w:type="spellEnd"/>
            <w:r w:rsidRPr="00547C18">
              <w:rPr>
                <w:rFonts w:cs="Times New Roman"/>
                <w:sz w:val="24"/>
                <w:szCs w:val="24"/>
                <w:lang w:val="fr-FR"/>
              </w:rPr>
              <w:t xml:space="preserve"> </w:t>
            </w:r>
            <w:proofErr w:type="spellStart"/>
            <w:proofErr w:type="gramStart"/>
            <w:r w:rsidRPr="00547C18">
              <w:rPr>
                <w:rFonts w:cs="Times New Roman"/>
                <w:sz w:val="24"/>
                <w:szCs w:val="24"/>
                <w:lang w:val="fr-FR"/>
              </w:rPr>
              <w:t>argumentat</w:t>
            </w:r>
            <w:proofErr w:type="spellEnd"/>
            <w:r w:rsidRPr="00547C18">
              <w:rPr>
                <w:rFonts w:cs="Times New Roman"/>
                <w:sz w:val="24"/>
                <w:szCs w:val="24"/>
                <w:lang w:val="fr-FR"/>
              </w:rPr>
              <w:t>;</w:t>
            </w:r>
            <w:proofErr w:type="gramEnd"/>
            <w:r w:rsidRPr="00547C18">
              <w:rPr>
                <w:rFonts w:cs="Times New Roman"/>
                <w:sz w:val="24"/>
                <w:szCs w:val="24"/>
                <w:lang w:val="fr-FR"/>
              </w:rPr>
              <w:t xml:space="preserve"> </w:t>
            </w:r>
            <w:proofErr w:type="spellStart"/>
            <w:r w:rsidRPr="00547C18">
              <w:rPr>
                <w:rFonts w:cs="Times New Roman"/>
                <w:sz w:val="24"/>
                <w:szCs w:val="24"/>
                <w:lang w:val="fr-FR"/>
              </w:rPr>
              <w:t>autoevaluare</w:t>
            </w:r>
            <w:proofErr w:type="spellEnd"/>
            <w:r w:rsidRPr="00547C18">
              <w:rPr>
                <w:rFonts w:cs="Times New Roman"/>
                <w:sz w:val="24"/>
                <w:szCs w:val="24"/>
                <w:lang w:val="fr-FR"/>
              </w:rPr>
              <w:t>.</w:t>
            </w:r>
          </w:p>
        </w:tc>
      </w:tr>
    </w:tbl>
    <w:p w14:paraId="567B165C" w14:textId="77777777" w:rsidR="00C23EA0" w:rsidRPr="00547C18" w:rsidRDefault="00000000">
      <w:pPr>
        <w:spacing w:before="120" w:after="80"/>
        <w:rPr>
          <w:rFonts w:cs="Times New Roman"/>
          <w:sz w:val="24"/>
          <w:szCs w:val="24"/>
        </w:rPr>
      </w:pPr>
      <w:r w:rsidRPr="00547C18">
        <w:rPr>
          <w:rFonts w:cs="Times New Roman"/>
          <w:b/>
          <w:color w:val="1F4E79"/>
          <w:sz w:val="24"/>
          <w:szCs w:val="24"/>
        </w:rPr>
        <w:t>3. Elemente comune ale lecției</w:t>
      </w:r>
    </w:p>
    <w:tbl>
      <w:tblPr>
        <w:tblStyle w:val="Tabelgril"/>
        <w:tblW w:w="0" w:type="auto"/>
        <w:jc w:val="center"/>
        <w:tblLook w:val="04A0" w:firstRow="1" w:lastRow="0" w:firstColumn="1" w:lastColumn="0" w:noHBand="0" w:noVBand="1"/>
      </w:tblPr>
      <w:tblGrid>
        <w:gridCol w:w="2835"/>
        <w:gridCol w:w="7370"/>
      </w:tblGrid>
      <w:tr w:rsidR="00C23EA0" w:rsidRPr="00547C18" w14:paraId="1466D11B" w14:textId="77777777">
        <w:trPr>
          <w:jc w:val="center"/>
        </w:trPr>
        <w:tc>
          <w:tcPr>
            <w:tcW w:w="2835" w:type="dxa"/>
            <w:shd w:val="clear" w:color="auto" w:fill="D9EAF7"/>
            <w:vAlign w:val="center"/>
          </w:tcPr>
          <w:p w14:paraId="4B15BB8F" w14:textId="77777777" w:rsidR="00C23EA0" w:rsidRPr="00547C18" w:rsidRDefault="00000000">
            <w:pPr>
              <w:rPr>
                <w:rFonts w:cs="Times New Roman"/>
                <w:sz w:val="24"/>
                <w:szCs w:val="24"/>
              </w:rPr>
            </w:pPr>
            <w:r w:rsidRPr="00547C18">
              <w:rPr>
                <w:rFonts w:cs="Times New Roman"/>
                <w:b/>
                <w:sz w:val="24"/>
                <w:szCs w:val="24"/>
              </w:rPr>
              <w:t>Element</w:t>
            </w:r>
          </w:p>
        </w:tc>
        <w:tc>
          <w:tcPr>
            <w:tcW w:w="7370" w:type="dxa"/>
            <w:shd w:val="clear" w:color="auto" w:fill="D9EAF7"/>
            <w:vAlign w:val="center"/>
          </w:tcPr>
          <w:p w14:paraId="1BC94B9F" w14:textId="77777777" w:rsidR="00C23EA0" w:rsidRPr="00547C18" w:rsidRDefault="00000000">
            <w:pPr>
              <w:rPr>
                <w:rFonts w:cs="Times New Roman"/>
                <w:sz w:val="24"/>
                <w:szCs w:val="24"/>
              </w:rPr>
            </w:pPr>
            <w:r w:rsidRPr="00547C18">
              <w:rPr>
                <w:rFonts w:cs="Times New Roman"/>
                <w:b/>
                <w:sz w:val="24"/>
                <w:szCs w:val="24"/>
              </w:rPr>
              <w:t>Descriere</w:t>
            </w:r>
          </w:p>
        </w:tc>
      </w:tr>
      <w:tr w:rsidR="00C23EA0" w:rsidRPr="00547C18" w14:paraId="258F3032" w14:textId="77777777">
        <w:trPr>
          <w:jc w:val="center"/>
        </w:trPr>
        <w:tc>
          <w:tcPr>
            <w:tcW w:w="2835" w:type="dxa"/>
            <w:shd w:val="clear" w:color="auto" w:fill="EAF3F8"/>
            <w:vAlign w:val="center"/>
          </w:tcPr>
          <w:p w14:paraId="4770B114" w14:textId="77777777" w:rsidR="00C23EA0" w:rsidRPr="00547C18" w:rsidRDefault="00000000">
            <w:pPr>
              <w:rPr>
                <w:rFonts w:cs="Times New Roman"/>
                <w:sz w:val="24"/>
                <w:szCs w:val="24"/>
              </w:rPr>
            </w:pPr>
            <w:r w:rsidRPr="00547C18">
              <w:rPr>
                <w:rFonts w:cs="Times New Roman"/>
                <w:b/>
                <w:sz w:val="24"/>
                <w:szCs w:val="24"/>
              </w:rPr>
              <w:t>Forme de organizare</w:t>
            </w:r>
          </w:p>
        </w:tc>
        <w:tc>
          <w:tcPr>
            <w:tcW w:w="7370" w:type="dxa"/>
            <w:vAlign w:val="center"/>
          </w:tcPr>
          <w:p w14:paraId="494635EA" w14:textId="77777777" w:rsidR="00C23EA0" w:rsidRPr="00547C18" w:rsidRDefault="00000000">
            <w:pPr>
              <w:rPr>
                <w:rFonts w:cs="Times New Roman"/>
                <w:sz w:val="24"/>
                <w:szCs w:val="24"/>
              </w:rPr>
            </w:pPr>
            <w:r w:rsidRPr="00547C18">
              <w:rPr>
                <w:rFonts w:cs="Times New Roman"/>
                <w:sz w:val="24"/>
                <w:szCs w:val="24"/>
              </w:rPr>
              <w:t>Activitate frontală comună; activitate directă cu fiecare clasă; activitate independentă; individual; în perechi; în grup; reflecție comună.</w:t>
            </w:r>
          </w:p>
        </w:tc>
      </w:tr>
      <w:tr w:rsidR="00C23EA0" w:rsidRPr="00547C18" w14:paraId="7B5FCA99" w14:textId="77777777">
        <w:trPr>
          <w:jc w:val="center"/>
        </w:trPr>
        <w:tc>
          <w:tcPr>
            <w:tcW w:w="2835" w:type="dxa"/>
            <w:shd w:val="clear" w:color="auto" w:fill="EAF3F8"/>
            <w:vAlign w:val="center"/>
          </w:tcPr>
          <w:p w14:paraId="0138AE02" w14:textId="77777777" w:rsidR="00C23EA0" w:rsidRPr="00547C18" w:rsidRDefault="00000000">
            <w:pPr>
              <w:rPr>
                <w:rFonts w:cs="Times New Roman"/>
                <w:sz w:val="24"/>
                <w:szCs w:val="24"/>
              </w:rPr>
            </w:pPr>
            <w:r w:rsidRPr="00547C18">
              <w:rPr>
                <w:rFonts w:cs="Times New Roman"/>
                <w:b/>
                <w:sz w:val="24"/>
                <w:szCs w:val="24"/>
              </w:rPr>
              <w:t>Metode și procedee</w:t>
            </w:r>
          </w:p>
        </w:tc>
        <w:tc>
          <w:tcPr>
            <w:tcW w:w="7370" w:type="dxa"/>
            <w:vAlign w:val="center"/>
          </w:tcPr>
          <w:p w14:paraId="76782CE8" w14:textId="77777777" w:rsidR="00C23EA0" w:rsidRPr="00547C18" w:rsidRDefault="00000000">
            <w:pPr>
              <w:rPr>
                <w:rFonts w:cs="Times New Roman"/>
                <w:sz w:val="24"/>
                <w:szCs w:val="24"/>
                <w:lang w:val="es-ES"/>
              </w:rPr>
            </w:pPr>
            <w:r w:rsidRPr="00547C18">
              <w:rPr>
                <w:rFonts w:cs="Times New Roman"/>
                <w:sz w:val="24"/>
                <w:szCs w:val="24"/>
                <w:lang w:val="es-ES"/>
              </w:rPr>
              <w:t>Conversația euristică, descoperirea, investigația, experimentul, observația, situația-problemă, Diagrama Venn, ingineria ideilor, jocul de rol, reporterul, jurnalul triplu, Plus–Minus–Wow.</w:t>
            </w:r>
          </w:p>
        </w:tc>
      </w:tr>
      <w:tr w:rsidR="00C23EA0" w:rsidRPr="00547C18" w14:paraId="173DBC6E" w14:textId="77777777">
        <w:trPr>
          <w:jc w:val="center"/>
        </w:trPr>
        <w:tc>
          <w:tcPr>
            <w:tcW w:w="2835" w:type="dxa"/>
            <w:shd w:val="clear" w:color="auto" w:fill="EAF3F8"/>
            <w:vAlign w:val="center"/>
          </w:tcPr>
          <w:p w14:paraId="24EC40CD" w14:textId="77777777" w:rsidR="00C23EA0" w:rsidRPr="00547C18" w:rsidRDefault="00000000">
            <w:pPr>
              <w:rPr>
                <w:rFonts w:cs="Times New Roman"/>
                <w:sz w:val="24"/>
                <w:szCs w:val="24"/>
              </w:rPr>
            </w:pPr>
            <w:proofErr w:type="spellStart"/>
            <w:r w:rsidRPr="00547C18">
              <w:rPr>
                <w:rFonts w:cs="Times New Roman"/>
                <w:b/>
                <w:sz w:val="24"/>
                <w:szCs w:val="24"/>
              </w:rPr>
              <w:t>Dimensiuni</w:t>
            </w:r>
            <w:proofErr w:type="spellEnd"/>
            <w:r w:rsidRPr="00547C18">
              <w:rPr>
                <w:rFonts w:cs="Times New Roman"/>
                <w:b/>
                <w:sz w:val="24"/>
                <w:szCs w:val="24"/>
              </w:rPr>
              <w:t xml:space="preserve"> </w:t>
            </w:r>
            <w:proofErr w:type="spellStart"/>
            <w:r w:rsidRPr="00547C18">
              <w:rPr>
                <w:rFonts w:cs="Times New Roman"/>
                <w:b/>
                <w:sz w:val="24"/>
                <w:szCs w:val="24"/>
              </w:rPr>
              <w:t>transversale</w:t>
            </w:r>
            <w:proofErr w:type="spellEnd"/>
          </w:p>
        </w:tc>
        <w:tc>
          <w:tcPr>
            <w:tcW w:w="7370" w:type="dxa"/>
            <w:vAlign w:val="center"/>
          </w:tcPr>
          <w:p w14:paraId="167EBDA2" w14:textId="77777777" w:rsidR="00C23EA0" w:rsidRPr="00547C18" w:rsidRDefault="00000000">
            <w:pPr>
              <w:rPr>
                <w:rFonts w:cs="Times New Roman"/>
                <w:sz w:val="24"/>
                <w:szCs w:val="24"/>
                <w:lang w:val="es-ES"/>
              </w:rPr>
            </w:pPr>
            <w:r w:rsidRPr="00547C18">
              <w:rPr>
                <w:rFonts w:cs="Times New Roman"/>
                <w:sz w:val="24"/>
                <w:szCs w:val="24"/>
                <w:lang w:val="es-ES"/>
              </w:rPr>
              <w:t>Învățarea de a învăța; investigarea; cooperarea; responsabilitatea față de mediu; sănătatea; utilizarea responsabilă a tehnologiei.</w:t>
            </w:r>
          </w:p>
        </w:tc>
      </w:tr>
      <w:tr w:rsidR="00C23EA0" w:rsidRPr="00547C18" w14:paraId="5114002B" w14:textId="77777777">
        <w:trPr>
          <w:jc w:val="center"/>
        </w:trPr>
        <w:tc>
          <w:tcPr>
            <w:tcW w:w="2835" w:type="dxa"/>
            <w:shd w:val="clear" w:color="auto" w:fill="EAF3F8"/>
            <w:vAlign w:val="center"/>
          </w:tcPr>
          <w:p w14:paraId="367293DD" w14:textId="77777777" w:rsidR="00C23EA0" w:rsidRPr="00547C18" w:rsidRDefault="00000000">
            <w:pPr>
              <w:rPr>
                <w:rFonts w:cs="Times New Roman"/>
                <w:sz w:val="24"/>
                <w:szCs w:val="24"/>
              </w:rPr>
            </w:pPr>
            <w:proofErr w:type="spellStart"/>
            <w:r w:rsidRPr="00547C18">
              <w:rPr>
                <w:rFonts w:cs="Times New Roman"/>
                <w:b/>
                <w:sz w:val="24"/>
                <w:szCs w:val="24"/>
              </w:rPr>
              <w:t>Contexte</w:t>
            </w:r>
            <w:proofErr w:type="spellEnd"/>
            <w:r w:rsidRPr="00547C18">
              <w:rPr>
                <w:rFonts w:cs="Times New Roman"/>
                <w:b/>
                <w:sz w:val="24"/>
                <w:szCs w:val="24"/>
              </w:rPr>
              <w:t xml:space="preserve"> de </w:t>
            </w:r>
            <w:proofErr w:type="spellStart"/>
            <w:r w:rsidRPr="00547C18">
              <w:rPr>
                <w:rFonts w:cs="Times New Roman"/>
                <w:b/>
                <w:sz w:val="24"/>
                <w:szCs w:val="24"/>
              </w:rPr>
              <w:t>învățare</w:t>
            </w:r>
            <w:proofErr w:type="spellEnd"/>
          </w:p>
        </w:tc>
        <w:tc>
          <w:tcPr>
            <w:tcW w:w="7370" w:type="dxa"/>
            <w:vAlign w:val="center"/>
          </w:tcPr>
          <w:p w14:paraId="649F5F32" w14:textId="77777777" w:rsidR="00C23EA0" w:rsidRPr="00547C18" w:rsidRDefault="00000000">
            <w:pPr>
              <w:rPr>
                <w:rFonts w:cs="Times New Roman"/>
                <w:sz w:val="24"/>
                <w:szCs w:val="24"/>
                <w:lang w:val="es-ES"/>
              </w:rPr>
            </w:pPr>
            <w:r w:rsidRPr="00547C18">
              <w:rPr>
                <w:rFonts w:cs="Times New Roman"/>
                <w:sz w:val="24"/>
                <w:szCs w:val="24"/>
                <w:lang w:val="es-ES"/>
              </w:rPr>
              <w:t>Observarea probelor de sol, experimentul, relația om–natură, explorarea, invențiile, sănătatea și protejarea mediului.</w:t>
            </w:r>
          </w:p>
        </w:tc>
      </w:tr>
      <w:tr w:rsidR="00C23EA0" w:rsidRPr="00547C18" w14:paraId="6057AF31" w14:textId="77777777">
        <w:trPr>
          <w:jc w:val="center"/>
        </w:trPr>
        <w:tc>
          <w:tcPr>
            <w:tcW w:w="2835" w:type="dxa"/>
            <w:shd w:val="clear" w:color="auto" w:fill="EAF3F8"/>
            <w:vAlign w:val="center"/>
          </w:tcPr>
          <w:p w14:paraId="075746E5" w14:textId="77777777" w:rsidR="00C23EA0" w:rsidRPr="00547C18" w:rsidRDefault="00000000">
            <w:pPr>
              <w:rPr>
                <w:rFonts w:cs="Times New Roman"/>
                <w:sz w:val="24"/>
                <w:szCs w:val="24"/>
              </w:rPr>
            </w:pPr>
            <w:r w:rsidRPr="00547C18">
              <w:rPr>
                <w:rFonts w:cs="Times New Roman"/>
                <w:b/>
                <w:sz w:val="24"/>
                <w:szCs w:val="24"/>
              </w:rPr>
              <w:t xml:space="preserve">Tema </w:t>
            </w:r>
            <w:proofErr w:type="spellStart"/>
            <w:r w:rsidRPr="00547C18">
              <w:rPr>
                <w:rFonts w:cs="Times New Roman"/>
                <w:b/>
                <w:sz w:val="24"/>
                <w:szCs w:val="24"/>
              </w:rPr>
              <w:t>comună</w:t>
            </w:r>
            <w:proofErr w:type="spellEnd"/>
            <w:r w:rsidRPr="00547C18">
              <w:rPr>
                <w:rFonts w:cs="Times New Roman"/>
                <w:b/>
                <w:sz w:val="24"/>
                <w:szCs w:val="24"/>
              </w:rPr>
              <w:t>/</w:t>
            </w:r>
            <w:proofErr w:type="spellStart"/>
            <w:r w:rsidRPr="00547C18">
              <w:rPr>
                <w:rFonts w:cs="Times New Roman"/>
                <w:b/>
                <w:sz w:val="24"/>
                <w:szCs w:val="24"/>
              </w:rPr>
              <w:t>apropiată</w:t>
            </w:r>
            <w:proofErr w:type="spellEnd"/>
          </w:p>
        </w:tc>
        <w:tc>
          <w:tcPr>
            <w:tcW w:w="7370" w:type="dxa"/>
            <w:vAlign w:val="center"/>
          </w:tcPr>
          <w:p w14:paraId="3A47676E" w14:textId="77777777" w:rsidR="00C23EA0" w:rsidRPr="00547C18" w:rsidRDefault="00000000">
            <w:pPr>
              <w:rPr>
                <w:rFonts w:cs="Times New Roman"/>
                <w:sz w:val="24"/>
                <w:szCs w:val="24"/>
                <w:lang w:val="es-ES"/>
              </w:rPr>
            </w:pPr>
            <w:r w:rsidRPr="00547C18">
              <w:rPr>
                <w:rFonts w:cs="Times New Roman"/>
                <w:sz w:val="24"/>
                <w:szCs w:val="24"/>
                <w:lang w:val="es-ES"/>
              </w:rPr>
              <w:t>„Misiunea Pământ Viu” – omul cercetează natura, depinde de ea și are responsabilitatea de a o proteja.</w:t>
            </w:r>
          </w:p>
        </w:tc>
      </w:tr>
      <w:tr w:rsidR="00C23EA0" w:rsidRPr="00547C18" w14:paraId="446D87F4" w14:textId="77777777">
        <w:trPr>
          <w:jc w:val="center"/>
        </w:trPr>
        <w:tc>
          <w:tcPr>
            <w:tcW w:w="2835" w:type="dxa"/>
            <w:shd w:val="clear" w:color="auto" w:fill="EAF3F8"/>
            <w:vAlign w:val="center"/>
          </w:tcPr>
          <w:p w14:paraId="1EE8C88A" w14:textId="77777777" w:rsidR="00C23EA0" w:rsidRPr="00547C18" w:rsidRDefault="00000000">
            <w:pPr>
              <w:rPr>
                <w:rFonts w:cs="Times New Roman"/>
                <w:sz w:val="24"/>
                <w:szCs w:val="24"/>
              </w:rPr>
            </w:pPr>
            <w:r w:rsidRPr="00547C18">
              <w:rPr>
                <w:rFonts w:cs="Times New Roman"/>
                <w:b/>
                <w:sz w:val="24"/>
                <w:szCs w:val="24"/>
              </w:rPr>
              <w:t xml:space="preserve">Sarcina </w:t>
            </w:r>
            <w:proofErr w:type="spellStart"/>
            <w:r w:rsidRPr="00547C18">
              <w:rPr>
                <w:rFonts w:cs="Times New Roman"/>
                <w:b/>
                <w:sz w:val="24"/>
                <w:szCs w:val="24"/>
              </w:rPr>
              <w:t>comună</w:t>
            </w:r>
            <w:proofErr w:type="spellEnd"/>
            <w:r w:rsidRPr="00547C18">
              <w:rPr>
                <w:rFonts w:cs="Times New Roman"/>
                <w:b/>
                <w:sz w:val="24"/>
                <w:szCs w:val="24"/>
              </w:rPr>
              <w:t xml:space="preserve"> de </w:t>
            </w:r>
            <w:proofErr w:type="spellStart"/>
            <w:r w:rsidRPr="00547C18">
              <w:rPr>
                <w:rFonts w:cs="Times New Roman"/>
                <w:b/>
                <w:sz w:val="24"/>
                <w:szCs w:val="24"/>
              </w:rPr>
              <w:lastRenderedPageBreak/>
              <w:t>pornire</w:t>
            </w:r>
            <w:proofErr w:type="spellEnd"/>
          </w:p>
        </w:tc>
        <w:tc>
          <w:tcPr>
            <w:tcW w:w="7370" w:type="dxa"/>
            <w:vAlign w:val="center"/>
          </w:tcPr>
          <w:p w14:paraId="63621286" w14:textId="77777777" w:rsidR="00C23EA0" w:rsidRPr="00547C18" w:rsidRDefault="00000000">
            <w:pPr>
              <w:rPr>
                <w:rFonts w:cs="Times New Roman"/>
                <w:sz w:val="24"/>
                <w:szCs w:val="24"/>
              </w:rPr>
            </w:pPr>
            <w:r w:rsidRPr="00547C18">
              <w:rPr>
                <w:rFonts w:cs="Times New Roman"/>
                <w:sz w:val="24"/>
                <w:szCs w:val="24"/>
              </w:rPr>
              <w:lastRenderedPageBreak/>
              <w:t>„Cufărul Pământului”: plantă, bulgăre de sol, lupă, apă și mesajul-</w:t>
            </w:r>
            <w:r w:rsidRPr="00547C18">
              <w:rPr>
                <w:rFonts w:cs="Times New Roman"/>
                <w:sz w:val="24"/>
                <w:szCs w:val="24"/>
              </w:rPr>
              <w:lastRenderedPageBreak/>
              <w:t>misiune. Elevii formulează ipoteze despre legătura dintre sol, viață și om.</w:t>
            </w:r>
          </w:p>
        </w:tc>
      </w:tr>
      <w:tr w:rsidR="00C23EA0" w:rsidRPr="00547C18" w14:paraId="6B8007F7" w14:textId="77777777">
        <w:trPr>
          <w:jc w:val="center"/>
        </w:trPr>
        <w:tc>
          <w:tcPr>
            <w:tcW w:w="2835" w:type="dxa"/>
            <w:shd w:val="clear" w:color="auto" w:fill="EAF3F8"/>
            <w:vAlign w:val="center"/>
          </w:tcPr>
          <w:p w14:paraId="39057D59" w14:textId="77777777" w:rsidR="00C23EA0" w:rsidRPr="00547C18" w:rsidRDefault="00000000">
            <w:pPr>
              <w:rPr>
                <w:rFonts w:cs="Times New Roman"/>
                <w:sz w:val="24"/>
                <w:szCs w:val="24"/>
              </w:rPr>
            </w:pPr>
            <w:r w:rsidRPr="00547C18">
              <w:rPr>
                <w:rFonts w:cs="Times New Roman"/>
                <w:b/>
                <w:sz w:val="24"/>
                <w:szCs w:val="24"/>
              </w:rPr>
              <w:lastRenderedPageBreak/>
              <w:t>Mijloace didactice</w:t>
            </w:r>
          </w:p>
        </w:tc>
        <w:tc>
          <w:tcPr>
            <w:tcW w:w="7370" w:type="dxa"/>
            <w:vAlign w:val="center"/>
          </w:tcPr>
          <w:p w14:paraId="22A693C7" w14:textId="77777777" w:rsidR="00C23EA0" w:rsidRPr="00547C18" w:rsidRDefault="00000000">
            <w:pPr>
              <w:rPr>
                <w:rFonts w:cs="Times New Roman"/>
                <w:sz w:val="24"/>
                <w:szCs w:val="24"/>
              </w:rPr>
            </w:pPr>
            <w:r w:rsidRPr="00547C18">
              <w:rPr>
                <w:rFonts w:cs="Times New Roman"/>
                <w:sz w:val="24"/>
                <w:szCs w:val="24"/>
              </w:rPr>
              <w:t>„Cufărul Pământului”, trei probe de sol (cernoziom, nisipos, argilos), pahare/pâlnii și apă, vas cu plantă/grâu, manuale, fișe, cartonașe, coli A3, carioci, materiale reutilizabile, tablă/tablă interactivă.</w:t>
            </w:r>
          </w:p>
        </w:tc>
      </w:tr>
      <w:tr w:rsidR="00C23EA0" w:rsidRPr="00547C18" w14:paraId="703E5CEC" w14:textId="77777777">
        <w:trPr>
          <w:jc w:val="center"/>
        </w:trPr>
        <w:tc>
          <w:tcPr>
            <w:tcW w:w="2835" w:type="dxa"/>
            <w:shd w:val="clear" w:color="auto" w:fill="EAF3F8"/>
            <w:vAlign w:val="center"/>
          </w:tcPr>
          <w:p w14:paraId="29BE844B" w14:textId="77777777" w:rsidR="00C23EA0" w:rsidRPr="00547C18" w:rsidRDefault="00000000">
            <w:pPr>
              <w:rPr>
                <w:rFonts w:cs="Times New Roman"/>
                <w:sz w:val="24"/>
                <w:szCs w:val="24"/>
              </w:rPr>
            </w:pPr>
            <w:r w:rsidRPr="00547C18">
              <w:rPr>
                <w:rFonts w:cs="Times New Roman"/>
                <w:b/>
                <w:sz w:val="24"/>
                <w:szCs w:val="24"/>
              </w:rPr>
              <w:t>Evaluare</w:t>
            </w:r>
          </w:p>
        </w:tc>
        <w:tc>
          <w:tcPr>
            <w:tcW w:w="7370" w:type="dxa"/>
            <w:vAlign w:val="center"/>
          </w:tcPr>
          <w:p w14:paraId="0CE60AF0" w14:textId="77777777" w:rsidR="00C23EA0" w:rsidRPr="00547C18" w:rsidRDefault="00000000">
            <w:pPr>
              <w:rPr>
                <w:rFonts w:cs="Times New Roman"/>
                <w:sz w:val="24"/>
                <w:szCs w:val="24"/>
              </w:rPr>
            </w:pPr>
            <w:r w:rsidRPr="00547C18">
              <w:rPr>
                <w:rFonts w:cs="Times New Roman"/>
                <w:sz w:val="24"/>
                <w:szCs w:val="24"/>
              </w:rPr>
              <w:t>EFI și EFP: observare sistematică, verificarea produselor, întrebări orale, evaluare reciprocă, autoevaluare, feedback descriptiv.</w:t>
            </w:r>
          </w:p>
        </w:tc>
      </w:tr>
      <w:tr w:rsidR="00C23EA0" w:rsidRPr="00547C18" w14:paraId="271A66CB" w14:textId="77777777">
        <w:trPr>
          <w:jc w:val="center"/>
        </w:trPr>
        <w:tc>
          <w:tcPr>
            <w:tcW w:w="2835" w:type="dxa"/>
            <w:shd w:val="clear" w:color="auto" w:fill="EAF3F8"/>
            <w:vAlign w:val="center"/>
          </w:tcPr>
          <w:p w14:paraId="237FAB5E" w14:textId="77777777" w:rsidR="00C23EA0" w:rsidRPr="00547C18" w:rsidRDefault="00000000">
            <w:pPr>
              <w:rPr>
                <w:rFonts w:cs="Times New Roman"/>
                <w:sz w:val="24"/>
                <w:szCs w:val="24"/>
              </w:rPr>
            </w:pPr>
            <w:r w:rsidRPr="00547C18">
              <w:rPr>
                <w:rFonts w:cs="Times New Roman"/>
                <w:b/>
                <w:sz w:val="24"/>
                <w:szCs w:val="24"/>
              </w:rPr>
              <w:t>Diferențiere</w:t>
            </w:r>
          </w:p>
        </w:tc>
        <w:tc>
          <w:tcPr>
            <w:tcW w:w="7370" w:type="dxa"/>
            <w:vAlign w:val="center"/>
          </w:tcPr>
          <w:p w14:paraId="73DE02B2" w14:textId="77777777" w:rsidR="00C23EA0" w:rsidRPr="00547C18" w:rsidRDefault="00000000">
            <w:pPr>
              <w:rPr>
                <w:rFonts w:cs="Times New Roman"/>
                <w:sz w:val="24"/>
                <w:szCs w:val="24"/>
                <w:lang w:val="es-ES"/>
              </w:rPr>
            </w:pPr>
            <w:r w:rsidRPr="00547C18">
              <w:rPr>
                <w:rFonts w:cs="Times New Roman"/>
                <w:sz w:val="24"/>
                <w:szCs w:val="24"/>
                <w:lang w:val="es-ES"/>
              </w:rPr>
              <w:t>Clasa a III-a lucrează predominant investigativ și concret, cu probe și tabele simple; clasa a IV-a realizează sarcini de recapitulare, argumentare, sinteză și produse de grup.</w:t>
            </w:r>
          </w:p>
        </w:tc>
      </w:tr>
    </w:tbl>
    <w:p w14:paraId="3AE6449A" w14:textId="77777777" w:rsidR="00C23EA0" w:rsidRPr="00547C18" w:rsidRDefault="00000000">
      <w:pPr>
        <w:spacing w:before="120" w:after="80"/>
        <w:rPr>
          <w:rFonts w:cs="Times New Roman"/>
          <w:sz w:val="24"/>
          <w:szCs w:val="24"/>
        </w:rPr>
      </w:pPr>
      <w:r w:rsidRPr="00547C18">
        <w:rPr>
          <w:rFonts w:cs="Times New Roman"/>
          <w:b/>
          <w:color w:val="1F4E79"/>
          <w:sz w:val="24"/>
          <w:szCs w:val="24"/>
        </w:rPr>
        <w:t>4. Tehnologia didactică a lecției</w:t>
      </w:r>
    </w:p>
    <w:tbl>
      <w:tblPr>
        <w:tblStyle w:val="Tabelgril"/>
        <w:tblW w:w="0" w:type="auto"/>
        <w:jc w:val="center"/>
        <w:tblLook w:val="04A0" w:firstRow="1" w:lastRow="0" w:firstColumn="1" w:lastColumn="0" w:noHBand="0" w:noVBand="1"/>
      </w:tblPr>
      <w:tblGrid>
        <w:gridCol w:w="2835"/>
        <w:gridCol w:w="7370"/>
      </w:tblGrid>
      <w:tr w:rsidR="00C23EA0" w:rsidRPr="00547C18" w14:paraId="46FD64FA" w14:textId="77777777">
        <w:trPr>
          <w:jc w:val="center"/>
        </w:trPr>
        <w:tc>
          <w:tcPr>
            <w:tcW w:w="2835" w:type="dxa"/>
            <w:shd w:val="clear" w:color="auto" w:fill="D9EAF7"/>
            <w:vAlign w:val="center"/>
          </w:tcPr>
          <w:p w14:paraId="2EE28D08" w14:textId="77777777" w:rsidR="00C23EA0" w:rsidRPr="00547C18" w:rsidRDefault="00000000">
            <w:pPr>
              <w:rPr>
                <w:rFonts w:cs="Times New Roman"/>
                <w:sz w:val="24"/>
                <w:szCs w:val="24"/>
              </w:rPr>
            </w:pPr>
            <w:r w:rsidRPr="00547C18">
              <w:rPr>
                <w:rFonts w:cs="Times New Roman"/>
                <w:b/>
                <w:sz w:val="24"/>
                <w:szCs w:val="24"/>
              </w:rPr>
              <w:t>Componentă</w:t>
            </w:r>
          </w:p>
        </w:tc>
        <w:tc>
          <w:tcPr>
            <w:tcW w:w="7370" w:type="dxa"/>
            <w:shd w:val="clear" w:color="auto" w:fill="D9EAF7"/>
            <w:vAlign w:val="center"/>
          </w:tcPr>
          <w:p w14:paraId="44493184" w14:textId="77777777" w:rsidR="00C23EA0" w:rsidRPr="00547C18" w:rsidRDefault="00000000">
            <w:pPr>
              <w:rPr>
                <w:rFonts w:cs="Times New Roman"/>
                <w:sz w:val="24"/>
                <w:szCs w:val="24"/>
              </w:rPr>
            </w:pPr>
            <w:r w:rsidRPr="00547C18">
              <w:rPr>
                <w:rFonts w:cs="Times New Roman"/>
                <w:b/>
                <w:sz w:val="24"/>
                <w:szCs w:val="24"/>
              </w:rPr>
              <w:t>Modalități de realizare</w:t>
            </w:r>
          </w:p>
        </w:tc>
      </w:tr>
      <w:tr w:rsidR="00C23EA0" w:rsidRPr="00547C18" w14:paraId="5CF2F301" w14:textId="77777777">
        <w:trPr>
          <w:jc w:val="center"/>
        </w:trPr>
        <w:tc>
          <w:tcPr>
            <w:tcW w:w="2835" w:type="dxa"/>
            <w:shd w:val="clear" w:color="auto" w:fill="EAF3F8"/>
            <w:vAlign w:val="center"/>
          </w:tcPr>
          <w:p w14:paraId="0217A45D" w14:textId="77777777" w:rsidR="00C23EA0" w:rsidRPr="00547C18" w:rsidRDefault="00000000">
            <w:pPr>
              <w:rPr>
                <w:rFonts w:cs="Times New Roman"/>
                <w:sz w:val="24"/>
                <w:szCs w:val="24"/>
              </w:rPr>
            </w:pPr>
            <w:r w:rsidRPr="00547C18">
              <w:rPr>
                <w:rFonts w:cs="Times New Roman"/>
                <w:b/>
                <w:sz w:val="24"/>
                <w:szCs w:val="24"/>
              </w:rPr>
              <w:t>Forme de organizare</w:t>
            </w:r>
          </w:p>
        </w:tc>
        <w:tc>
          <w:tcPr>
            <w:tcW w:w="7370" w:type="dxa"/>
            <w:vAlign w:val="center"/>
          </w:tcPr>
          <w:p w14:paraId="60093995" w14:textId="77777777" w:rsidR="00C23EA0" w:rsidRPr="00547C18" w:rsidRDefault="00000000">
            <w:pPr>
              <w:rPr>
                <w:rFonts w:cs="Times New Roman"/>
                <w:sz w:val="24"/>
                <w:szCs w:val="24"/>
              </w:rPr>
            </w:pPr>
            <w:r w:rsidRPr="00547C18">
              <w:rPr>
                <w:rFonts w:cs="Times New Roman"/>
                <w:sz w:val="24"/>
                <w:szCs w:val="24"/>
              </w:rPr>
              <w:t>Activitate frontală comună; activitate directă cu fiecare clasă; activitate independentă; individual; în perechi; în grup; reflecție comună.</w:t>
            </w:r>
          </w:p>
        </w:tc>
      </w:tr>
      <w:tr w:rsidR="00C23EA0" w:rsidRPr="00547C18" w14:paraId="1AE1726C" w14:textId="77777777">
        <w:trPr>
          <w:jc w:val="center"/>
        </w:trPr>
        <w:tc>
          <w:tcPr>
            <w:tcW w:w="2835" w:type="dxa"/>
            <w:shd w:val="clear" w:color="auto" w:fill="EAF3F8"/>
            <w:vAlign w:val="center"/>
          </w:tcPr>
          <w:p w14:paraId="6F615117" w14:textId="77777777" w:rsidR="00C23EA0" w:rsidRPr="00547C18" w:rsidRDefault="00000000">
            <w:pPr>
              <w:rPr>
                <w:rFonts w:cs="Times New Roman"/>
                <w:sz w:val="24"/>
                <w:szCs w:val="24"/>
              </w:rPr>
            </w:pPr>
            <w:r w:rsidRPr="00547C18">
              <w:rPr>
                <w:rFonts w:cs="Times New Roman"/>
                <w:b/>
                <w:sz w:val="24"/>
                <w:szCs w:val="24"/>
              </w:rPr>
              <w:t>Metode, procedee și tehnici</w:t>
            </w:r>
          </w:p>
        </w:tc>
        <w:tc>
          <w:tcPr>
            <w:tcW w:w="7370" w:type="dxa"/>
            <w:vAlign w:val="center"/>
          </w:tcPr>
          <w:p w14:paraId="0370D67F" w14:textId="77777777" w:rsidR="00C23EA0" w:rsidRPr="00547C18" w:rsidRDefault="00000000">
            <w:pPr>
              <w:rPr>
                <w:rFonts w:cs="Times New Roman"/>
                <w:sz w:val="24"/>
                <w:szCs w:val="24"/>
                <w:lang w:val="es-ES"/>
              </w:rPr>
            </w:pPr>
            <w:r w:rsidRPr="00547C18">
              <w:rPr>
                <w:rFonts w:cs="Times New Roman"/>
                <w:sz w:val="24"/>
                <w:szCs w:val="24"/>
                <w:lang w:val="es-ES"/>
              </w:rPr>
              <w:t>Conversația euristică, descoperirea, investigația, experimentul, observația, situația-problemă, Diagrama Venn, ingineria ideilor, jocul de rol, reporterul, jurnalul triplu, Plus–Minus–Wow.</w:t>
            </w:r>
          </w:p>
        </w:tc>
      </w:tr>
      <w:tr w:rsidR="00C23EA0" w:rsidRPr="00547C18" w14:paraId="5F603033" w14:textId="77777777">
        <w:trPr>
          <w:jc w:val="center"/>
        </w:trPr>
        <w:tc>
          <w:tcPr>
            <w:tcW w:w="2835" w:type="dxa"/>
            <w:shd w:val="clear" w:color="auto" w:fill="EAF3F8"/>
            <w:vAlign w:val="center"/>
          </w:tcPr>
          <w:p w14:paraId="55EF5A1F" w14:textId="77777777" w:rsidR="00C23EA0" w:rsidRPr="00547C18" w:rsidRDefault="00000000">
            <w:pPr>
              <w:rPr>
                <w:rFonts w:cs="Times New Roman"/>
                <w:sz w:val="24"/>
                <w:szCs w:val="24"/>
              </w:rPr>
            </w:pPr>
            <w:proofErr w:type="spellStart"/>
            <w:r w:rsidRPr="00547C18">
              <w:rPr>
                <w:rFonts w:cs="Times New Roman"/>
                <w:b/>
                <w:sz w:val="24"/>
                <w:szCs w:val="24"/>
              </w:rPr>
              <w:t>Mijloace</w:t>
            </w:r>
            <w:proofErr w:type="spellEnd"/>
            <w:r w:rsidRPr="00547C18">
              <w:rPr>
                <w:rFonts w:cs="Times New Roman"/>
                <w:b/>
                <w:sz w:val="24"/>
                <w:szCs w:val="24"/>
              </w:rPr>
              <w:t xml:space="preserve"> </w:t>
            </w:r>
            <w:proofErr w:type="spellStart"/>
            <w:r w:rsidRPr="00547C18">
              <w:rPr>
                <w:rFonts w:cs="Times New Roman"/>
                <w:b/>
                <w:sz w:val="24"/>
                <w:szCs w:val="24"/>
              </w:rPr>
              <w:t>didactice</w:t>
            </w:r>
            <w:proofErr w:type="spellEnd"/>
          </w:p>
        </w:tc>
        <w:tc>
          <w:tcPr>
            <w:tcW w:w="7370" w:type="dxa"/>
            <w:vAlign w:val="center"/>
          </w:tcPr>
          <w:p w14:paraId="5A613CA3" w14:textId="77777777" w:rsidR="00C23EA0" w:rsidRPr="00547C18" w:rsidRDefault="00000000">
            <w:pPr>
              <w:rPr>
                <w:rFonts w:cs="Times New Roman"/>
                <w:sz w:val="24"/>
                <w:szCs w:val="24"/>
              </w:rPr>
            </w:pPr>
            <w:r w:rsidRPr="00547C18">
              <w:rPr>
                <w:rFonts w:cs="Times New Roman"/>
                <w:sz w:val="24"/>
                <w:szCs w:val="24"/>
              </w:rPr>
              <w:t>„Cufărul Pământului”, trei probe de sol (cernoziom, nisipos, argilos), pahare/pâlnii și apă, vas cu plantă/grâu, manuale, fișe, cartonașe, coli A3, carioci, materiale reutilizabile, tablă/tablă interactivă.</w:t>
            </w:r>
          </w:p>
        </w:tc>
      </w:tr>
      <w:tr w:rsidR="00C23EA0" w:rsidRPr="00547C18" w14:paraId="217069C0" w14:textId="77777777">
        <w:trPr>
          <w:jc w:val="center"/>
        </w:trPr>
        <w:tc>
          <w:tcPr>
            <w:tcW w:w="2835" w:type="dxa"/>
            <w:shd w:val="clear" w:color="auto" w:fill="EAF3F8"/>
            <w:vAlign w:val="center"/>
          </w:tcPr>
          <w:p w14:paraId="0825FF74" w14:textId="77777777" w:rsidR="00C23EA0" w:rsidRPr="00547C18" w:rsidRDefault="00000000">
            <w:pPr>
              <w:rPr>
                <w:rFonts w:cs="Times New Roman"/>
                <w:sz w:val="24"/>
                <w:szCs w:val="24"/>
              </w:rPr>
            </w:pPr>
            <w:r w:rsidRPr="00547C18">
              <w:rPr>
                <w:rFonts w:cs="Times New Roman"/>
                <w:b/>
                <w:sz w:val="24"/>
                <w:szCs w:val="24"/>
              </w:rPr>
              <w:t>Strategii de ECD</w:t>
            </w:r>
          </w:p>
        </w:tc>
        <w:tc>
          <w:tcPr>
            <w:tcW w:w="7370" w:type="dxa"/>
            <w:vAlign w:val="center"/>
          </w:tcPr>
          <w:p w14:paraId="34C5C056" w14:textId="77777777" w:rsidR="00C23EA0" w:rsidRPr="00547C18" w:rsidRDefault="00000000">
            <w:pPr>
              <w:rPr>
                <w:rFonts w:cs="Times New Roman"/>
                <w:sz w:val="24"/>
                <w:szCs w:val="24"/>
              </w:rPr>
            </w:pPr>
            <w:r w:rsidRPr="00547C18">
              <w:rPr>
                <w:rFonts w:cs="Times New Roman"/>
                <w:sz w:val="24"/>
                <w:szCs w:val="24"/>
              </w:rPr>
              <w:t>EFI și EFP: observare sistematică, verificarea produselor, întrebări orale, evaluare reciprocă, autoevaluare, feedback descriptiv.</w:t>
            </w:r>
          </w:p>
        </w:tc>
      </w:tr>
      <w:tr w:rsidR="00C23EA0" w:rsidRPr="00547C18" w14:paraId="207E40C6" w14:textId="77777777">
        <w:trPr>
          <w:jc w:val="center"/>
        </w:trPr>
        <w:tc>
          <w:tcPr>
            <w:tcW w:w="2835" w:type="dxa"/>
            <w:shd w:val="clear" w:color="auto" w:fill="EAF3F8"/>
            <w:vAlign w:val="center"/>
          </w:tcPr>
          <w:p w14:paraId="7095C1AA" w14:textId="77777777" w:rsidR="00C23EA0" w:rsidRPr="00547C18" w:rsidRDefault="00000000">
            <w:pPr>
              <w:rPr>
                <w:rFonts w:cs="Times New Roman"/>
                <w:sz w:val="24"/>
                <w:szCs w:val="24"/>
              </w:rPr>
            </w:pPr>
            <w:r w:rsidRPr="00547C18">
              <w:rPr>
                <w:rFonts w:cs="Times New Roman"/>
                <w:b/>
                <w:sz w:val="24"/>
                <w:szCs w:val="24"/>
              </w:rPr>
              <w:t>Diferențiere</w:t>
            </w:r>
          </w:p>
        </w:tc>
        <w:tc>
          <w:tcPr>
            <w:tcW w:w="7370" w:type="dxa"/>
            <w:vAlign w:val="center"/>
          </w:tcPr>
          <w:p w14:paraId="3C338B92" w14:textId="77777777" w:rsidR="00C23EA0" w:rsidRPr="00547C18" w:rsidRDefault="00000000">
            <w:pPr>
              <w:rPr>
                <w:rFonts w:cs="Times New Roman"/>
                <w:sz w:val="24"/>
                <w:szCs w:val="24"/>
                <w:lang w:val="es-ES"/>
              </w:rPr>
            </w:pPr>
            <w:r w:rsidRPr="00547C18">
              <w:rPr>
                <w:rFonts w:cs="Times New Roman"/>
                <w:sz w:val="24"/>
                <w:szCs w:val="24"/>
                <w:lang w:val="es-ES"/>
              </w:rPr>
              <w:t>Clasa a III-a lucrează predominant investigativ și concret, cu probe și tabele simple; clasa a IV-a realizează sarcini de recapitulare, argumentare, sinteză și produse de grup.</w:t>
            </w:r>
          </w:p>
        </w:tc>
      </w:tr>
    </w:tbl>
    <w:p w14:paraId="2687B284" w14:textId="77777777" w:rsidR="00C23EA0" w:rsidRPr="00547C18" w:rsidRDefault="00000000">
      <w:pPr>
        <w:spacing w:before="120" w:after="80"/>
        <w:rPr>
          <w:rFonts w:cs="Times New Roman"/>
          <w:sz w:val="24"/>
          <w:szCs w:val="24"/>
        </w:rPr>
      </w:pPr>
      <w:r w:rsidRPr="00547C18">
        <w:rPr>
          <w:rFonts w:cs="Times New Roman"/>
          <w:b/>
          <w:color w:val="1F4E79"/>
          <w:sz w:val="24"/>
          <w:szCs w:val="24"/>
        </w:rPr>
        <w:t>5. Organizarea activității în clasa simultană</w:t>
      </w:r>
    </w:p>
    <w:tbl>
      <w:tblPr>
        <w:tblStyle w:val="Tabelgril"/>
        <w:tblW w:w="0" w:type="auto"/>
        <w:jc w:val="center"/>
        <w:tblLook w:val="04A0" w:firstRow="1" w:lastRow="0" w:firstColumn="1" w:lastColumn="0" w:noHBand="0" w:noVBand="1"/>
      </w:tblPr>
      <w:tblGrid>
        <w:gridCol w:w="922"/>
        <w:gridCol w:w="1035"/>
        <w:gridCol w:w="1903"/>
        <w:gridCol w:w="4385"/>
        <w:gridCol w:w="1431"/>
        <w:gridCol w:w="1250"/>
      </w:tblGrid>
      <w:tr w:rsidR="00C23EA0" w:rsidRPr="00547C18" w14:paraId="7DDE9853" w14:textId="77777777">
        <w:trPr>
          <w:jc w:val="center"/>
        </w:trPr>
        <w:tc>
          <w:tcPr>
            <w:tcW w:w="1785" w:type="dxa"/>
            <w:shd w:val="clear" w:color="auto" w:fill="D9EAF7"/>
            <w:vAlign w:val="center"/>
          </w:tcPr>
          <w:p w14:paraId="3ED8297A" w14:textId="77777777" w:rsidR="00C23EA0" w:rsidRPr="00547C18" w:rsidRDefault="00000000">
            <w:pPr>
              <w:rPr>
                <w:rFonts w:cs="Times New Roman"/>
                <w:sz w:val="24"/>
                <w:szCs w:val="24"/>
              </w:rPr>
            </w:pPr>
            <w:r w:rsidRPr="00547C18">
              <w:rPr>
                <w:rFonts w:cs="Times New Roman"/>
                <w:b/>
                <w:sz w:val="24"/>
                <w:szCs w:val="24"/>
              </w:rPr>
              <w:t>Minute</w:t>
            </w:r>
          </w:p>
        </w:tc>
        <w:tc>
          <w:tcPr>
            <w:tcW w:w="1785" w:type="dxa"/>
            <w:shd w:val="clear" w:color="auto" w:fill="D9EAF7"/>
            <w:vAlign w:val="center"/>
          </w:tcPr>
          <w:p w14:paraId="05BBF7A7" w14:textId="77777777" w:rsidR="00C23EA0" w:rsidRPr="00547C18" w:rsidRDefault="00000000">
            <w:pPr>
              <w:rPr>
                <w:rFonts w:cs="Times New Roman"/>
                <w:sz w:val="24"/>
                <w:szCs w:val="24"/>
              </w:rPr>
            </w:pPr>
            <w:r w:rsidRPr="00547C18">
              <w:rPr>
                <w:rFonts w:cs="Times New Roman"/>
                <w:b/>
                <w:sz w:val="24"/>
                <w:szCs w:val="24"/>
              </w:rPr>
              <w:t>Atenția cadrului didactic</w:t>
            </w:r>
          </w:p>
        </w:tc>
        <w:tc>
          <w:tcPr>
            <w:tcW w:w="1785" w:type="dxa"/>
            <w:shd w:val="clear" w:color="auto" w:fill="D9EAF7"/>
            <w:vAlign w:val="center"/>
          </w:tcPr>
          <w:p w14:paraId="17187C57" w14:textId="77777777" w:rsidR="00C23EA0" w:rsidRPr="00547C18" w:rsidRDefault="00000000">
            <w:pPr>
              <w:rPr>
                <w:rFonts w:cs="Times New Roman"/>
                <w:sz w:val="24"/>
                <w:szCs w:val="24"/>
              </w:rPr>
            </w:pPr>
            <w:r w:rsidRPr="00547C18">
              <w:rPr>
                <w:rFonts w:cs="Times New Roman"/>
                <w:b/>
                <w:sz w:val="24"/>
                <w:szCs w:val="24"/>
              </w:rPr>
              <w:t>Clasa a III-a</w:t>
            </w:r>
          </w:p>
        </w:tc>
        <w:tc>
          <w:tcPr>
            <w:tcW w:w="1785" w:type="dxa"/>
            <w:shd w:val="clear" w:color="auto" w:fill="D9EAF7"/>
            <w:vAlign w:val="center"/>
          </w:tcPr>
          <w:p w14:paraId="2166D1B3" w14:textId="77777777" w:rsidR="00C23EA0" w:rsidRPr="00547C18" w:rsidRDefault="00000000">
            <w:pPr>
              <w:rPr>
                <w:rFonts w:cs="Times New Roman"/>
                <w:sz w:val="24"/>
                <w:szCs w:val="24"/>
              </w:rPr>
            </w:pPr>
            <w:r w:rsidRPr="00547C18">
              <w:rPr>
                <w:rFonts w:cs="Times New Roman"/>
                <w:b/>
                <w:sz w:val="24"/>
                <w:szCs w:val="24"/>
              </w:rPr>
              <w:t>Clasa a IV-a</w:t>
            </w:r>
          </w:p>
        </w:tc>
        <w:tc>
          <w:tcPr>
            <w:tcW w:w="1785" w:type="dxa"/>
            <w:shd w:val="clear" w:color="auto" w:fill="D9EAF7"/>
            <w:vAlign w:val="center"/>
          </w:tcPr>
          <w:p w14:paraId="00878D6F" w14:textId="77777777" w:rsidR="00C23EA0" w:rsidRPr="00547C18" w:rsidRDefault="00000000">
            <w:pPr>
              <w:rPr>
                <w:rFonts w:cs="Times New Roman"/>
                <w:sz w:val="24"/>
                <w:szCs w:val="24"/>
              </w:rPr>
            </w:pPr>
            <w:r w:rsidRPr="00547C18">
              <w:rPr>
                <w:rFonts w:cs="Times New Roman"/>
                <w:b/>
                <w:sz w:val="24"/>
                <w:szCs w:val="24"/>
              </w:rPr>
              <w:t>Produse</w:t>
            </w:r>
          </w:p>
        </w:tc>
        <w:tc>
          <w:tcPr>
            <w:tcW w:w="1785" w:type="dxa"/>
            <w:shd w:val="clear" w:color="auto" w:fill="D9EAF7"/>
            <w:vAlign w:val="center"/>
          </w:tcPr>
          <w:p w14:paraId="6B4980C9" w14:textId="77777777" w:rsidR="00C23EA0" w:rsidRPr="00547C18" w:rsidRDefault="00000000">
            <w:pPr>
              <w:rPr>
                <w:rFonts w:cs="Times New Roman"/>
                <w:sz w:val="24"/>
                <w:szCs w:val="24"/>
              </w:rPr>
            </w:pPr>
            <w:r w:rsidRPr="00547C18">
              <w:rPr>
                <w:rFonts w:cs="Times New Roman"/>
                <w:b/>
                <w:sz w:val="24"/>
                <w:szCs w:val="24"/>
              </w:rPr>
              <w:t>Evitarea timpului mort</w:t>
            </w:r>
          </w:p>
        </w:tc>
      </w:tr>
      <w:tr w:rsidR="00C23EA0" w:rsidRPr="00547C18" w14:paraId="722A4A00" w14:textId="77777777">
        <w:trPr>
          <w:jc w:val="center"/>
        </w:trPr>
        <w:tc>
          <w:tcPr>
            <w:tcW w:w="1785" w:type="dxa"/>
            <w:vAlign w:val="center"/>
          </w:tcPr>
          <w:p w14:paraId="5F86B6E4" w14:textId="77777777" w:rsidR="00C23EA0" w:rsidRPr="00547C18" w:rsidRDefault="00000000">
            <w:pPr>
              <w:rPr>
                <w:rFonts w:cs="Times New Roman"/>
                <w:sz w:val="24"/>
                <w:szCs w:val="24"/>
              </w:rPr>
            </w:pPr>
            <w:r w:rsidRPr="00547C18">
              <w:rPr>
                <w:rFonts w:cs="Times New Roman"/>
                <w:sz w:val="24"/>
                <w:szCs w:val="24"/>
              </w:rPr>
              <w:t>0–6</w:t>
            </w:r>
          </w:p>
        </w:tc>
        <w:tc>
          <w:tcPr>
            <w:tcW w:w="1785" w:type="dxa"/>
            <w:vAlign w:val="center"/>
          </w:tcPr>
          <w:p w14:paraId="4E2323B7" w14:textId="77777777" w:rsidR="00C23EA0" w:rsidRPr="00547C18" w:rsidRDefault="00000000">
            <w:pPr>
              <w:rPr>
                <w:rFonts w:cs="Times New Roman"/>
                <w:sz w:val="24"/>
                <w:szCs w:val="24"/>
              </w:rPr>
            </w:pPr>
            <w:r w:rsidRPr="00547C18">
              <w:rPr>
                <w:rFonts w:cs="Times New Roman"/>
                <w:sz w:val="24"/>
                <w:szCs w:val="24"/>
              </w:rPr>
              <w:t>Frontal – ambele clase</w:t>
            </w:r>
          </w:p>
        </w:tc>
        <w:tc>
          <w:tcPr>
            <w:tcW w:w="1785" w:type="dxa"/>
            <w:vAlign w:val="center"/>
          </w:tcPr>
          <w:p w14:paraId="351E09FC" w14:textId="77777777" w:rsidR="00C23EA0" w:rsidRPr="00547C18" w:rsidRDefault="00000000">
            <w:pPr>
              <w:rPr>
                <w:rFonts w:cs="Times New Roman"/>
                <w:sz w:val="24"/>
                <w:szCs w:val="24"/>
                <w:lang w:val="fr-FR"/>
              </w:rPr>
            </w:pPr>
            <w:proofErr w:type="spellStart"/>
            <w:r w:rsidRPr="00547C18">
              <w:rPr>
                <w:rFonts w:cs="Times New Roman"/>
                <w:sz w:val="24"/>
                <w:szCs w:val="24"/>
                <w:lang w:val="fr-FR"/>
              </w:rPr>
              <w:t>Participă</w:t>
            </w:r>
            <w:proofErr w:type="spellEnd"/>
            <w:r w:rsidRPr="00547C18">
              <w:rPr>
                <w:rFonts w:cs="Times New Roman"/>
                <w:sz w:val="24"/>
                <w:szCs w:val="24"/>
                <w:lang w:val="fr-FR"/>
              </w:rPr>
              <w:t xml:space="preserve"> la „</w:t>
            </w:r>
            <w:proofErr w:type="spellStart"/>
            <w:r w:rsidRPr="00547C18">
              <w:rPr>
                <w:rFonts w:cs="Times New Roman"/>
                <w:sz w:val="24"/>
                <w:szCs w:val="24"/>
                <w:lang w:val="fr-FR"/>
              </w:rPr>
              <w:t>Cufărul</w:t>
            </w:r>
            <w:proofErr w:type="spellEnd"/>
            <w:r w:rsidRPr="00547C18">
              <w:rPr>
                <w:rFonts w:cs="Times New Roman"/>
                <w:sz w:val="24"/>
                <w:szCs w:val="24"/>
                <w:lang w:val="fr-FR"/>
              </w:rPr>
              <w:t xml:space="preserve"> </w:t>
            </w:r>
            <w:proofErr w:type="spellStart"/>
            <w:r w:rsidRPr="00547C18">
              <w:rPr>
                <w:rFonts w:cs="Times New Roman"/>
                <w:sz w:val="24"/>
                <w:szCs w:val="24"/>
                <w:lang w:val="fr-FR"/>
              </w:rPr>
              <w:t>Pământului</w:t>
            </w:r>
            <w:proofErr w:type="spellEnd"/>
            <w:proofErr w:type="gramStart"/>
            <w:r w:rsidRPr="00547C18">
              <w:rPr>
                <w:rFonts w:cs="Times New Roman"/>
                <w:sz w:val="24"/>
                <w:szCs w:val="24"/>
                <w:lang w:val="fr-FR"/>
              </w:rPr>
              <w:t>”;</w:t>
            </w:r>
            <w:proofErr w:type="gramEnd"/>
            <w:r w:rsidRPr="00547C18">
              <w:rPr>
                <w:rFonts w:cs="Times New Roman"/>
                <w:sz w:val="24"/>
                <w:szCs w:val="24"/>
                <w:lang w:val="fr-FR"/>
              </w:rPr>
              <w:t xml:space="preserve"> </w:t>
            </w:r>
            <w:proofErr w:type="spellStart"/>
            <w:r w:rsidRPr="00547C18">
              <w:rPr>
                <w:rFonts w:cs="Times New Roman"/>
                <w:sz w:val="24"/>
                <w:szCs w:val="24"/>
                <w:lang w:val="fr-FR"/>
              </w:rPr>
              <w:t>formulează</w:t>
            </w:r>
            <w:proofErr w:type="spellEnd"/>
            <w:r w:rsidRPr="00547C18">
              <w:rPr>
                <w:rFonts w:cs="Times New Roman"/>
                <w:sz w:val="24"/>
                <w:szCs w:val="24"/>
                <w:lang w:val="fr-FR"/>
              </w:rPr>
              <w:t xml:space="preserve"> </w:t>
            </w:r>
            <w:proofErr w:type="spellStart"/>
            <w:r w:rsidRPr="00547C18">
              <w:rPr>
                <w:rFonts w:cs="Times New Roman"/>
                <w:sz w:val="24"/>
                <w:szCs w:val="24"/>
                <w:lang w:val="fr-FR"/>
              </w:rPr>
              <w:t>ipoteze</w:t>
            </w:r>
            <w:proofErr w:type="spellEnd"/>
            <w:r w:rsidRPr="00547C18">
              <w:rPr>
                <w:rFonts w:cs="Times New Roman"/>
                <w:sz w:val="24"/>
                <w:szCs w:val="24"/>
                <w:lang w:val="fr-FR"/>
              </w:rPr>
              <w:t xml:space="preserve"> </w:t>
            </w:r>
            <w:proofErr w:type="spellStart"/>
            <w:r w:rsidRPr="00547C18">
              <w:rPr>
                <w:rFonts w:cs="Times New Roman"/>
                <w:sz w:val="24"/>
                <w:szCs w:val="24"/>
                <w:lang w:val="fr-FR"/>
              </w:rPr>
              <w:t>despre</w:t>
            </w:r>
            <w:proofErr w:type="spellEnd"/>
            <w:r w:rsidRPr="00547C18">
              <w:rPr>
                <w:rFonts w:cs="Times New Roman"/>
                <w:sz w:val="24"/>
                <w:szCs w:val="24"/>
                <w:lang w:val="fr-FR"/>
              </w:rPr>
              <w:t xml:space="preserve"> sol.</w:t>
            </w:r>
          </w:p>
        </w:tc>
        <w:tc>
          <w:tcPr>
            <w:tcW w:w="1785" w:type="dxa"/>
            <w:vAlign w:val="center"/>
          </w:tcPr>
          <w:p w14:paraId="5C71CE9A" w14:textId="77777777" w:rsidR="00C23EA0" w:rsidRPr="00547C18" w:rsidRDefault="00000000">
            <w:pPr>
              <w:rPr>
                <w:rFonts w:cs="Times New Roman"/>
                <w:sz w:val="24"/>
                <w:szCs w:val="24"/>
                <w:lang w:val="es-ES"/>
              </w:rPr>
            </w:pPr>
            <w:r w:rsidRPr="00547C18">
              <w:rPr>
                <w:rFonts w:cs="Times New Roman"/>
                <w:sz w:val="24"/>
                <w:szCs w:val="24"/>
                <w:lang w:val="es-ES"/>
              </w:rPr>
              <w:t>Participă la aceeași provocare și leagă obiectele de relația om–natură.</w:t>
            </w:r>
          </w:p>
        </w:tc>
        <w:tc>
          <w:tcPr>
            <w:tcW w:w="1785" w:type="dxa"/>
            <w:vAlign w:val="center"/>
          </w:tcPr>
          <w:p w14:paraId="150FE3C8" w14:textId="77777777" w:rsidR="00C23EA0" w:rsidRPr="00547C18" w:rsidRDefault="00000000">
            <w:pPr>
              <w:rPr>
                <w:rFonts w:cs="Times New Roman"/>
                <w:sz w:val="24"/>
                <w:szCs w:val="24"/>
              </w:rPr>
            </w:pPr>
            <w:proofErr w:type="spellStart"/>
            <w:r w:rsidRPr="00547C18">
              <w:rPr>
                <w:rFonts w:cs="Times New Roman"/>
                <w:sz w:val="24"/>
                <w:szCs w:val="24"/>
              </w:rPr>
              <w:t>Ipoteze</w:t>
            </w:r>
            <w:proofErr w:type="spellEnd"/>
            <w:r w:rsidRPr="00547C18">
              <w:rPr>
                <w:rFonts w:cs="Times New Roman"/>
                <w:sz w:val="24"/>
                <w:szCs w:val="24"/>
              </w:rPr>
              <w:t xml:space="preserve"> </w:t>
            </w:r>
            <w:proofErr w:type="spellStart"/>
            <w:r w:rsidRPr="00547C18">
              <w:rPr>
                <w:rFonts w:cs="Times New Roman"/>
                <w:sz w:val="24"/>
                <w:szCs w:val="24"/>
              </w:rPr>
              <w:t>și</w:t>
            </w:r>
            <w:proofErr w:type="spellEnd"/>
            <w:r w:rsidRPr="00547C18">
              <w:rPr>
                <w:rFonts w:cs="Times New Roman"/>
                <w:sz w:val="24"/>
                <w:szCs w:val="24"/>
              </w:rPr>
              <w:t xml:space="preserve"> </w:t>
            </w:r>
            <w:proofErr w:type="spellStart"/>
            <w:r w:rsidRPr="00547C18">
              <w:rPr>
                <w:rFonts w:cs="Times New Roman"/>
                <w:sz w:val="24"/>
                <w:szCs w:val="24"/>
              </w:rPr>
              <w:t>cuvinte-cheie</w:t>
            </w:r>
            <w:proofErr w:type="spellEnd"/>
            <w:r w:rsidRPr="00547C18">
              <w:rPr>
                <w:rFonts w:cs="Times New Roman"/>
                <w:sz w:val="24"/>
                <w:szCs w:val="24"/>
              </w:rPr>
              <w:t>.</w:t>
            </w:r>
          </w:p>
        </w:tc>
        <w:tc>
          <w:tcPr>
            <w:tcW w:w="1785" w:type="dxa"/>
            <w:vAlign w:val="center"/>
          </w:tcPr>
          <w:p w14:paraId="1DA23079" w14:textId="77777777" w:rsidR="00C23EA0" w:rsidRPr="00547C18" w:rsidRDefault="00000000">
            <w:pPr>
              <w:rPr>
                <w:rFonts w:cs="Times New Roman"/>
                <w:sz w:val="24"/>
                <w:szCs w:val="24"/>
              </w:rPr>
            </w:pPr>
            <w:r w:rsidRPr="00547C18">
              <w:rPr>
                <w:rFonts w:cs="Times New Roman"/>
                <w:sz w:val="24"/>
                <w:szCs w:val="24"/>
              </w:rPr>
              <w:t>Materialele sunt pregătite; fiecare clasă primește un cartonaș-misiune.</w:t>
            </w:r>
          </w:p>
        </w:tc>
      </w:tr>
      <w:tr w:rsidR="00C23EA0" w:rsidRPr="00547C18" w14:paraId="73103821" w14:textId="77777777">
        <w:trPr>
          <w:jc w:val="center"/>
        </w:trPr>
        <w:tc>
          <w:tcPr>
            <w:tcW w:w="1785" w:type="dxa"/>
            <w:vAlign w:val="center"/>
          </w:tcPr>
          <w:p w14:paraId="5B65DD1B" w14:textId="77777777" w:rsidR="00C23EA0" w:rsidRPr="00547C18" w:rsidRDefault="00000000">
            <w:pPr>
              <w:rPr>
                <w:rFonts w:cs="Times New Roman"/>
                <w:sz w:val="24"/>
                <w:szCs w:val="24"/>
              </w:rPr>
            </w:pPr>
            <w:r w:rsidRPr="00547C18">
              <w:rPr>
                <w:rFonts w:cs="Times New Roman"/>
                <w:sz w:val="24"/>
                <w:szCs w:val="24"/>
              </w:rPr>
              <w:t>6–15</w:t>
            </w:r>
          </w:p>
        </w:tc>
        <w:tc>
          <w:tcPr>
            <w:tcW w:w="1785" w:type="dxa"/>
            <w:vAlign w:val="center"/>
          </w:tcPr>
          <w:p w14:paraId="6DE03F6E" w14:textId="77777777" w:rsidR="00C23EA0" w:rsidRPr="00547C18" w:rsidRDefault="00000000">
            <w:pPr>
              <w:rPr>
                <w:rFonts w:cs="Times New Roman"/>
                <w:sz w:val="24"/>
                <w:szCs w:val="24"/>
              </w:rPr>
            </w:pPr>
            <w:r w:rsidRPr="00547C18">
              <w:rPr>
                <w:rFonts w:cs="Times New Roman"/>
                <w:sz w:val="24"/>
                <w:szCs w:val="24"/>
              </w:rPr>
              <w:t>Direct – clasa a III-a</w:t>
            </w:r>
          </w:p>
        </w:tc>
        <w:tc>
          <w:tcPr>
            <w:tcW w:w="1785" w:type="dxa"/>
            <w:vAlign w:val="center"/>
          </w:tcPr>
          <w:p w14:paraId="4EEE4B02" w14:textId="77777777" w:rsidR="00C23EA0" w:rsidRPr="00547C18" w:rsidRDefault="00000000">
            <w:pPr>
              <w:rPr>
                <w:rFonts w:cs="Times New Roman"/>
                <w:sz w:val="24"/>
                <w:szCs w:val="24"/>
                <w:lang w:val="fr-FR"/>
              </w:rPr>
            </w:pPr>
            <w:proofErr w:type="spellStart"/>
            <w:r w:rsidRPr="00547C18">
              <w:rPr>
                <w:rFonts w:cs="Times New Roman"/>
                <w:sz w:val="24"/>
                <w:szCs w:val="24"/>
                <w:lang w:val="fr-FR"/>
              </w:rPr>
              <w:t>Observă</w:t>
            </w:r>
            <w:proofErr w:type="spellEnd"/>
            <w:r w:rsidRPr="00547C18">
              <w:rPr>
                <w:rFonts w:cs="Times New Roman"/>
                <w:sz w:val="24"/>
                <w:szCs w:val="24"/>
                <w:lang w:val="fr-FR"/>
              </w:rPr>
              <w:t xml:space="preserve"> </w:t>
            </w:r>
            <w:proofErr w:type="spellStart"/>
            <w:r w:rsidRPr="00547C18">
              <w:rPr>
                <w:rFonts w:cs="Times New Roman"/>
                <w:sz w:val="24"/>
                <w:szCs w:val="24"/>
                <w:lang w:val="fr-FR"/>
              </w:rPr>
              <w:t>trei</w:t>
            </w:r>
            <w:proofErr w:type="spellEnd"/>
            <w:r w:rsidRPr="00547C18">
              <w:rPr>
                <w:rFonts w:cs="Times New Roman"/>
                <w:sz w:val="24"/>
                <w:szCs w:val="24"/>
                <w:lang w:val="fr-FR"/>
              </w:rPr>
              <w:t xml:space="preserve"> probe de sol </w:t>
            </w:r>
            <w:proofErr w:type="spellStart"/>
            <w:r w:rsidRPr="00547C18">
              <w:rPr>
                <w:rFonts w:cs="Times New Roman"/>
                <w:sz w:val="24"/>
                <w:szCs w:val="24"/>
                <w:lang w:val="fr-FR"/>
              </w:rPr>
              <w:t>și</w:t>
            </w:r>
            <w:proofErr w:type="spellEnd"/>
            <w:r w:rsidRPr="00547C18">
              <w:rPr>
                <w:rFonts w:cs="Times New Roman"/>
                <w:sz w:val="24"/>
                <w:szCs w:val="24"/>
                <w:lang w:val="fr-FR"/>
              </w:rPr>
              <w:t xml:space="preserve"> </w:t>
            </w:r>
            <w:proofErr w:type="spellStart"/>
            <w:r w:rsidRPr="00547C18">
              <w:rPr>
                <w:rFonts w:cs="Times New Roman"/>
                <w:sz w:val="24"/>
                <w:szCs w:val="24"/>
                <w:lang w:val="fr-FR"/>
              </w:rPr>
              <w:t>completează</w:t>
            </w:r>
            <w:proofErr w:type="spellEnd"/>
            <w:r w:rsidRPr="00547C18">
              <w:rPr>
                <w:rFonts w:cs="Times New Roman"/>
                <w:sz w:val="24"/>
                <w:szCs w:val="24"/>
                <w:lang w:val="fr-FR"/>
              </w:rPr>
              <w:t xml:space="preserve"> </w:t>
            </w:r>
            <w:proofErr w:type="spellStart"/>
            <w:r w:rsidRPr="00547C18">
              <w:rPr>
                <w:rFonts w:cs="Times New Roman"/>
                <w:sz w:val="24"/>
                <w:szCs w:val="24"/>
                <w:lang w:val="fr-FR"/>
              </w:rPr>
              <w:t>Pașaportul</w:t>
            </w:r>
            <w:proofErr w:type="spellEnd"/>
            <w:r w:rsidRPr="00547C18">
              <w:rPr>
                <w:rFonts w:cs="Times New Roman"/>
                <w:sz w:val="24"/>
                <w:szCs w:val="24"/>
                <w:lang w:val="fr-FR"/>
              </w:rPr>
              <w:t xml:space="preserve"> </w:t>
            </w:r>
            <w:proofErr w:type="spellStart"/>
            <w:proofErr w:type="gramStart"/>
            <w:r w:rsidRPr="00547C18">
              <w:rPr>
                <w:rFonts w:cs="Times New Roman"/>
                <w:sz w:val="24"/>
                <w:szCs w:val="24"/>
                <w:lang w:val="fr-FR"/>
              </w:rPr>
              <w:t>solului</w:t>
            </w:r>
            <w:proofErr w:type="spellEnd"/>
            <w:r w:rsidRPr="00547C18">
              <w:rPr>
                <w:rFonts w:cs="Times New Roman"/>
                <w:sz w:val="24"/>
                <w:szCs w:val="24"/>
                <w:lang w:val="fr-FR"/>
              </w:rPr>
              <w:t>;</w:t>
            </w:r>
            <w:proofErr w:type="gramEnd"/>
            <w:r w:rsidRPr="00547C18">
              <w:rPr>
                <w:rFonts w:cs="Times New Roman"/>
                <w:sz w:val="24"/>
                <w:szCs w:val="24"/>
                <w:lang w:val="fr-FR"/>
              </w:rPr>
              <w:t xml:space="preserve"> </w:t>
            </w:r>
            <w:proofErr w:type="spellStart"/>
            <w:r w:rsidRPr="00547C18">
              <w:rPr>
                <w:rFonts w:cs="Times New Roman"/>
                <w:sz w:val="24"/>
                <w:szCs w:val="24"/>
                <w:lang w:val="fr-FR"/>
              </w:rPr>
              <w:t>investighează</w:t>
            </w:r>
            <w:proofErr w:type="spellEnd"/>
            <w:r w:rsidRPr="00547C18">
              <w:rPr>
                <w:rFonts w:cs="Times New Roman"/>
                <w:sz w:val="24"/>
                <w:szCs w:val="24"/>
                <w:lang w:val="fr-FR"/>
              </w:rPr>
              <w:t xml:space="preserve"> </w:t>
            </w:r>
            <w:proofErr w:type="spellStart"/>
            <w:r w:rsidRPr="00547C18">
              <w:rPr>
                <w:rFonts w:cs="Times New Roman"/>
                <w:sz w:val="24"/>
                <w:szCs w:val="24"/>
                <w:lang w:val="fr-FR"/>
              </w:rPr>
              <w:t>permeabilitatea</w:t>
            </w:r>
            <w:proofErr w:type="spellEnd"/>
            <w:r w:rsidRPr="00547C18">
              <w:rPr>
                <w:rFonts w:cs="Times New Roman"/>
                <w:sz w:val="24"/>
                <w:szCs w:val="24"/>
                <w:lang w:val="fr-FR"/>
              </w:rPr>
              <w:t>.</w:t>
            </w:r>
          </w:p>
        </w:tc>
        <w:tc>
          <w:tcPr>
            <w:tcW w:w="1785" w:type="dxa"/>
            <w:vAlign w:val="center"/>
          </w:tcPr>
          <w:p w14:paraId="26C062DF" w14:textId="77777777" w:rsidR="00C23EA0" w:rsidRPr="00547C18" w:rsidRDefault="00000000">
            <w:pPr>
              <w:rPr>
                <w:rFonts w:cs="Times New Roman"/>
                <w:sz w:val="24"/>
                <w:szCs w:val="24"/>
              </w:rPr>
            </w:pPr>
            <w:r w:rsidRPr="00547C18">
              <w:rPr>
                <w:rFonts w:cs="Times New Roman"/>
                <w:sz w:val="24"/>
                <w:szCs w:val="24"/>
              </w:rPr>
              <w:t xml:space="preserve">Independent: </w:t>
            </w:r>
            <w:proofErr w:type="spellStart"/>
            <w:r w:rsidRPr="00547C18">
              <w:rPr>
                <w:rFonts w:cs="Times New Roman"/>
                <w:sz w:val="24"/>
                <w:szCs w:val="24"/>
              </w:rPr>
              <w:t>completează</w:t>
            </w:r>
            <w:proofErr w:type="spellEnd"/>
            <w:r w:rsidRPr="00547C18">
              <w:rPr>
                <w:rFonts w:cs="Times New Roman"/>
                <w:sz w:val="24"/>
                <w:szCs w:val="24"/>
              </w:rPr>
              <w:t xml:space="preserve"> </w:t>
            </w:r>
            <w:proofErr w:type="spellStart"/>
            <w:r w:rsidRPr="00547C18">
              <w:rPr>
                <w:rFonts w:cs="Times New Roman"/>
                <w:sz w:val="24"/>
                <w:szCs w:val="24"/>
              </w:rPr>
              <w:t>Diagrama</w:t>
            </w:r>
            <w:proofErr w:type="spellEnd"/>
            <w:r w:rsidRPr="00547C18">
              <w:rPr>
                <w:rFonts w:cs="Times New Roman"/>
                <w:sz w:val="24"/>
                <w:szCs w:val="24"/>
              </w:rPr>
              <w:t xml:space="preserve"> Venn Explorator–Inventator și etapele vieții.</w:t>
            </w:r>
          </w:p>
        </w:tc>
        <w:tc>
          <w:tcPr>
            <w:tcW w:w="1785" w:type="dxa"/>
            <w:vAlign w:val="center"/>
          </w:tcPr>
          <w:p w14:paraId="3D9DC201" w14:textId="77777777" w:rsidR="00C23EA0" w:rsidRPr="00547C18" w:rsidRDefault="00000000">
            <w:pPr>
              <w:rPr>
                <w:rFonts w:cs="Times New Roman"/>
                <w:sz w:val="24"/>
                <w:szCs w:val="24"/>
              </w:rPr>
            </w:pPr>
            <w:r w:rsidRPr="00547C18">
              <w:rPr>
                <w:rFonts w:cs="Times New Roman"/>
                <w:sz w:val="24"/>
                <w:szCs w:val="24"/>
              </w:rPr>
              <w:t>Fișa 1 / Fișa 3.</w:t>
            </w:r>
          </w:p>
        </w:tc>
        <w:tc>
          <w:tcPr>
            <w:tcW w:w="1785" w:type="dxa"/>
            <w:vAlign w:val="center"/>
          </w:tcPr>
          <w:p w14:paraId="682874A8" w14:textId="77777777" w:rsidR="00C23EA0" w:rsidRPr="00547C18" w:rsidRDefault="00000000">
            <w:pPr>
              <w:rPr>
                <w:rFonts w:cs="Times New Roman"/>
                <w:sz w:val="24"/>
                <w:szCs w:val="24"/>
              </w:rPr>
            </w:pPr>
            <w:r w:rsidRPr="00547C18">
              <w:rPr>
                <w:rFonts w:cs="Times New Roman"/>
                <w:sz w:val="24"/>
                <w:szCs w:val="24"/>
              </w:rPr>
              <w:t xml:space="preserve">Sarcinile clasei </w:t>
            </w:r>
            <w:proofErr w:type="gramStart"/>
            <w:r w:rsidRPr="00547C18">
              <w:rPr>
                <w:rFonts w:cs="Times New Roman"/>
                <w:sz w:val="24"/>
                <w:szCs w:val="24"/>
              </w:rPr>
              <w:t>a</w:t>
            </w:r>
            <w:proofErr w:type="gramEnd"/>
            <w:r w:rsidRPr="00547C18">
              <w:rPr>
                <w:rFonts w:cs="Times New Roman"/>
                <w:sz w:val="24"/>
                <w:szCs w:val="24"/>
              </w:rPr>
              <w:t xml:space="preserve"> IV-a sunt scrise integral pe fișă.</w:t>
            </w:r>
          </w:p>
        </w:tc>
      </w:tr>
      <w:tr w:rsidR="00C23EA0" w:rsidRPr="00547C18" w14:paraId="1C3B54FF" w14:textId="77777777">
        <w:trPr>
          <w:jc w:val="center"/>
        </w:trPr>
        <w:tc>
          <w:tcPr>
            <w:tcW w:w="1785" w:type="dxa"/>
            <w:vAlign w:val="center"/>
          </w:tcPr>
          <w:p w14:paraId="504647CB" w14:textId="77777777" w:rsidR="00C23EA0" w:rsidRPr="00547C18" w:rsidRDefault="00000000">
            <w:pPr>
              <w:rPr>
                <w:rFonts w:cs="Times New Roman"/>
                <w:sz w:val="24"/>
                <w:szCs w:val="24"/>
              </w:rPr>
            </w:pPr>
            <w:r w:rsidRPr="00547C18">
              <w:rPr>
                <w:rFonts w:cs="Times New Roman"/>
                <w:sz w:val="24"/>
                <w:szCs w:val="24"/>
              </w:rPr>
              <w:t>15–23</w:t>
            </w:r>
          </w:p>
        </w:tc>
        <w:tc>
          <w:tcPr>
            <w:tcW w:w="1785" w:type="dxa"/>
            <w:vAlign w:val="center"/>
          </w:tcPr>
          <w:p w14:paraId="333D0FB0" w14:textId="77777777" w:rsidR="00C23EA0" w:rsidRPr="00547C18" w:rsidRDefault="00000000">
            <w:pPr>
              <w:rPr>
                <w:rFonts w:cs="Times New Roman"/>
                <w:sz w:val="24"/>
                <w:szCs w:val="24"/>
              </w:rPr>
            </w:pPr>
            <w:r w:rsidRPr="00547C18">
              <w:rPr>
                <w:rFonts w:cs="Times New Roman"/>
                <w:sz w:val="24"/>
                <w:szCs w:val="24"/>
              </w:rPr>
              <w:t xml:space="preserve">Direct – clasa </w:t>
            </w:r>
            <w:proofErr w:type="gramStart"/>
            <w:r w:rsidRPr="00547C18">
              <w:rPr>
                <w:rFonts w:cs="Times New Roman"/>
                <w:sz w:val="24"/>
                <w:szCs w:val="24"/>
              </w:rPr>
              <w:t>a</w:t>
            </w:r>
            <w:proofErr w:type="gramEnd"/>
            <w:r w:rsidRPr="00547C18">
              <w:rPr>
                <w:rFonts w:cs="Times New Roman"/>
                <w:sz w:val="24"/>
                <w:szCs w:val="24"/>
              </w:rPr>
              <w:t xml:space="preserve"> IV-a</w:t>
            </w:r>
          </w:p>
        </w:tc>
        <w:tc>
          <w:tcPr>
            <w:tcW w:w="1785" w:type="dxa"/>
            <w:vAlign w:val="center"/>
          </w:tcPr>
          <w:p w14:paraId="488F9DB7" w14:textId="77777777" w:rsidR="00C23EA0" w:rsidRPr="00547C18" w:rsidRDefault="00000000">
            <w:pPr>
              <w:rPr>
                <w:rFonts w:cs="Times New Roman"/>
                <w:sz w:val="24"/>
                <w:szCs w:val="24"/>
                <w:lang w:val="es-ES"/>
              </w:rPr>
            </w:pPr>
            <w:r w:rsidRPr="00547C18">
              <w:rPr>
                <w:rFonts w:cs="Times New Roman"/>
                <w:sz w:val="24"/>
                <w:szCs w:val="24"/>
                <w:lang w:val="es-ES"/>
              </w:rPr>
              <w:t>Independent: completează tabelul cernoziom–</w:t>
            </w:r>
            <w:r w:rsidRPr="00547C18">
              <w:rPr>
                <w:rFonts w:cs="Times New Roman"/>
                <w:sz w:val="24"/>
                <w:szCs w:val="24"/>
                <w:lang w:val="es-ES"/>
              </w:rPr>
              <w:lastRenderedPageBreak/>
              <w:t>nisipos–argilos și formulează o concluzie.</w:t>
            </w:r>
          </w:p>
        </w:tc>
        <w:tc>
          <w:tcPr>
            <w:tcW w:w="1785" w:type="dxa"/>
            <w:vAlign w:val="center"/>
          </w:tcPr>
          <w:p w14:paraId="48A259F6" w14:textId="77777777" w:rsidR="00C23EA0" w:rsidRPr="00547C18" w:rsidRDefault="00000000">
            <w:pPr>
              <w:rPr>
                <w:rFonts w:cs="Times New Roman"/>
                <w:sz w:val="24"/>
                <w:szCs w:val="24"/>
                <w:lang w:val="es-ES"/>
              </w:rPr>
            </w:pPr>
            <w:r w:rsidRPr="00547C18">
              <w:rPr>
                <w:rFonts w:cs="Times New Roman"/>
                <w:sz w:val="24"/>
                <w:szCs w:val="24"/>
                <w:lang w:val="es-ES"/>
              </w:rPr>
              <w:lastRenderedPageBreak/>
              <w:t>Cu profesorul: recapitulare orală și „Roata Omului – parte a naturii”.</w:t>
            </w:r>
          </w:p>
        </w:tc>
        <w:tc>
          <w:tcPr>
            <w:tcW w:w="1785" w:type="dxa"/>
            <w:vAlign w:val="center"/>
          </w:tcPr>
          <w:p w14:paraId="1761FC19" w14:textId="77777777" w:rsidR="00C23EA0" w:rsidRPr="00547C18" w:rsidRDefault="00000000">
            <w:pPr>
              <w:rPr>
                <w:rFonts w:cs="Times New Roman"/>
                <w:sz w:val="24"/>
                <w:szCs w:val="24"/>
              </w:rPr>
            </w:pPr>
            <w:r w:rsidRPr="00547C18">
              <w:rPr>
                <w:rFonts w:cs="Times New Roman"/>
                <w:sz w:val="24"/>
                <w:szCs w:val="24"/>
              </w:rPr>
              <w:t xml:space="preserve">Tabel </w:t>
            </w:r>
            <w:proofErr w:type="spellStart"/>
            <w:r w:rsidRPr="00547C18">
              <w:rPr>
                <w:rFonts w:cs="Times New Roman"/>
                <w:sz w:val="24"/>
                <w:szCs w:val="24"/>
              </w:rPr>
              <w:t>comparativ</w:t>
            </w:r>
            <w:proofErr w:type="spellEnd"/>
            <w:r w:rsidRPr="00547C18">
              <w:rPr>
                <w:rFonts w:cs="Times New Roman"/>
                <w:sz w:val="24"/>
                <w:szCs w:val="24"/>
              </w:rPr>
              <w:t xml:space="preserve"> / </w:t>
            </w:r>
            <w:proofErr w:type="spellStart"/>
            <w:r w:rsidRPr="00547C18">
              <w:rPr>
                <w:rFonts w:cs="Times New Roman"/>
                <w:sz w:val="24"/>
                <w:szCs w:val="24"/>
              </w:rPr>
              <w:t>răspunsuri</w:t>
            </w:r>
            <w:proofErr w:type="spellEnd"/>
            <w:r w:rsidRPr="00547C18">
              <w:rPr>
                <w:rFonts w:cs="Times New Roman"/>
                <w:sz w:val="24"/>
                <w:szCs w:val="24"/>
              </w:rPr>
              <w:t xml:space="preserve"> recapitulare.</w:t>
            </w:r>
          </w:p>
        </w:tc>
        <w:tc>
          <w:tcPr>
            <w:tcW w:w="1785" w:type="dxa"/>
            <w:vAlign w:val="center"/>
          </w:tcPr>
          <w:p w14:paraId="25111ABC" w14:textId="77777777" w:rsidR="00C23EA0" w:rsidRPr="00547C18" w:rsidRDefault="00000000">
            <w:pPr>
              <w:rPr>
                <w:rFonts w:cs="Times New Roman"/>
                <w:sz w:val="24"/>
                <w:szCs w:val="24"/>
                <w:lang w:val="es-ES"/>
              </w:rPr>
            </w:pPr>
            <w:r w:rsidRPr="00547C18">
              <w:rPr>
                <w:rFonts w:cs="Times New Roman"/>
                <w:sz w:val="24"/>
                <w:szCs w:val="24"/>
                <w:lang w:val="es-ES"/>
              </w:rPr>
              <w:t xml:space="preserve">Clasa a III-a are modele de enunț </w:t>
            </w:r>
            <w:r w:rsidRPr="00547C18">
              <w:rPr>
                <w:rFonts w:cs="Times New Roman"/>
                <w:sz w:val="24"/>
                <w:szCs w:val="24"/>
                <w:lang w:val="es-ES"/>
              </w:rPr>
              <w:lastRenderedPageBreak/>
              <w:t>pentru concluzie.</w:t>
            </w:r>
          </w:p>
        </w:tc>
      </w:tr>
      <w:tr w:rsidR="00C23EA0" w:rsidRPr="00547C18" w14:paraId="0A38DC20" w14:textId="77777777">
        <w:trPr>
          <w:jc w:val="center"/>
        </w:trPr>
        <w:tc>
          <w:tcPr>
            <w:tcW w:w="1785" w:type="dxa"/>
            <w:vAlign w:val="center"/>
          </w:tcPr>
          <w:p w14:paraId="2B38850B" w14:textId="77777777" w:rsidR="00C23EA0" w:rsidRPr="00547C18" w:rsidRDefault="00000000">
            <w:pPr>
              <w:rPr>
                <w:rFonts w:cs="Times New Roman"/>
                <w:sz w:val="24"/>
                <w:szCs w:val="24"/>
              </w:rPr>
            </w:pPr>
            <w:r w:rsidRPr="00547C18">
              <w:rPr>
                <w:rFonts w:cs="Times New Roman"/>
                <w:sz w:val="24"/>
                <w:szCs w:val="24"/>
              </w:rPr>
              <w:lastRenderedPageBreak/>
              <w:t>23–31</w:t>
            </w:r>
          </w:p>
        </w:tc>
        <w:tc>
          <w:tcPr>
            <w:tcW w:w="1785" w:type="dxa"/>
            <w:vAlign w:val="center"/>
          </w:tcPr>
          <w:p w14:paraId="3254B8A2" w14:textId="77777777" w:rsidR="00C23EA0" w:rsidRPr="00547C18" w:rsidRDefault="00000000">
            <w:pPr>
              <w:rPr>
                <w:rFonts w:cs="Times New Roman"/>
                <w:sz w:val="24"/>
                <w:szCs w:val="24"/>
              </w:rPr>
            </w:pPr>
            <w:r w:rsidRPr="00547C18">
              <w:rPr>
                <w:rFonts w:cs="Times New Roman"/>
                <w:sz w:val="24"/>
                <w:szCs w:val="24"/>
              </w:rPr>
              <w:t>Direct – clasa a III-a</w:t>
            </w:r>
          </w:p>
        </w:tc>
        <w:tc>
          <w:tcPr>
            <w:tcW w:w="1785" w:type="dxa"/>
            <w:vAlign w:val="center"/>
          </w:tcPr>
          <w:p w14:paraId="773BFD2F" w14:textId="77777777" w:rsidR="00C23EA0" w:rsidRPr="00547C18" w:rsidRDefault="00000000">
            <w:pPr>
              <w:rPr>
                <w:rFonts w:cs="Times New Roman"/>
                <w:sz w:val="24"/>
                <w:szCs w:val="24"/>
                <w:lang w:val="es-ES"/>
              </w:rPr>
            </w:pPr>
            <w:r w:rsidRPr="00547C18">
              <w:rPr>
                <w:rFonts w:cs="Times New Roman"/>
                <w:sz w:val="24"/>
                <w:szCs w:val="24"/>
                <w:lang w:val="es-ES"/>
              </w:rPr>
              <w:t>Experiment „Cum prietenesc plantele și solul?”; observă eroziunea/spălarea solului.</w:t>
            </w:r>
          </w:p>
        </w:tc>
        <w:tc>
          <w:tcPr>
            <w:tcW w:w="1785" w:type="dxa"/>
            <w:vAlign w:val="center"/>
          </w:tcPr>
          <w:p w14:paraId="536CE836" w14:textId="77777777" w:rsidR="00C23EA0" w:rsidRPr="00547C18" w:rsidRDefault="00000000">
            <w:pPr>
              <w:rPr>
                <w:rFonts w:cs="Times New Roman"/>
                <w:sz w:val="24"/>
                <w:szCs w:val="24"/>
              </w:rPr>
            </w:pPr>
            <w:r w:rsidRPr="00547C18">
              <w:rPr>
                <w:rFonts w:cs="Times New Roman"/>
                <w:sz w:val="24"/>
                <w:szCs w:val="24"/>
              </w:rPr>
              <w:t xml:space="preserve">Independent, pe </w:t>
            </w:r>
            <w:proofErr w:type="spellStart"/>
            <w:r w:rsidRPr="00547C18">
              <w:rPr>
                <w:rFonts w:cs="Times New Roman"/>
                <w:sz w:val="24"/>
                <w:szCs w:val="24"/>
              </w:rPr>
              <w:t>echipe</w:t>
            </w:r>
            <w:proofErr w:type="spellEnd"/>
            <w:r w:rsidRPr="00547C18">
              <w:rPr>
                <w:rFonts w:cs="Times New Roman"/>
                <w:sz w:val="24"/>
                <w:szCs w:val="24"/>
              </w:rPr>
              <w:t xml:space="preserve">: </w:t>
            </w:r>
            <w:proofErr w:type="spellStart"/>
            <w:r w:rsidRPr="00547C18">
              <w:rPr>
                <w:rFonts w:cs="Times New Roman"/>
                <w:sz w:val="24"/>
                <w:szCs w:val="24"/>
              </w:rPr>
              <w:t>Naturaliștii</w:t>
            </w:r>
            <w:proofErr w:type="spellEnd"/>
            <w:r w:rsidRPr="00547C18">
              <w:rPr>
                <w:rFonts w:cs="Times New Roman"/>
                <w:sz w:val="24"/>
                <w:szCs w:val="24"/>
              </w:rPr>
              <w:t>/</w:t>
            </w:r>
            <w:proofErr w:type="spellStart"/>
            <w:r w:rsidRPr="00547C18">
              <w:rPr>
                <w:rFonts w:cs="Times New Roman"/>
                <w:sz w:val="24"/>
                <w:szCs w:val="24"/>
              </w:rPr>
              <w:t>Inventatorii</w:t>
            </w:r>
            <w:proofErr w:type="spellEnd"/>
            <w:r w:rsidRPr="00547C18">
              <w:rPr>
                <w:rFonts w:cs="Times New Roman"/>
                <w:sz w:val="24"/>
                <w:szCs w:val="24"/>
              </w:rPr>
              <w:t>/</w:t>
            </w:r>
            <w:proofErr w:type="spellStart"/>
            <w:r w:rsidRPr="00547C18">
              <w:rPr>
                <w:rFonts w:cs="Times New Roman"/>
                <w:sz w:val="24"/>
                <w:szCs w:val="24"/>
              </w:rPr>
              <w:t>Omuleții</w:t>
            </w:r>
            <w:proofErr w:type="spellEnd"/>
            <w:r w:rsidRPr="00547C18">
              <w:rPr>
                <w:rFonts w:cs="Times New Roman"/>
                <w:sz w:val="24"/>
                <w:szCs w:val="24"/>
              </w:rPr>
              <w:t>/</w:t>
            </w:r>
            <w:proofErr w:type="spellStart"/>
            <w:r w:rsidRPr="00547C18">
              <w:rPr>
                <w:rFonts w:cs="Times New Roman"/>
                <w:sz w:val="24"/>
                <w:szCs w:val="24"/>
              </w:rPr>
              <w:t>Exploratorii</w:t>
            </w:r>
            <w:proofErr w:type="spellEnd"/>
            <w:r w:rsidRPr="00547C18">
              <w:rPr>
                <w:rFonts w:cs="Times New Roman"/>
                <w:sz w:val="24"/>
                <w:szCs w:val="24"/>
              </w:rPr>
              <w:t xml:space="preserve"> pregătesc produsul.</w:t>
            </w:r>
          </w:p>
        </w:tc>
        <w:tc>
          <w:tcPr>
            <w:tcW w:w="1785" w:type="dxa"/>
            <w:vAlign w:val="center"/>
          </w:tcPr>
          <w:p w14:paraId="14154E70" w14:textId="77777777" w:rsidR="00C23EA0" w:rsidRPr="00547C18" w:rsidRDefault="00000000">
            <w:pPr>
              <w:rPr>
                <w:rFonts w:cs="Times New Roman"/>
                <w:sz w:val="24"/>
                <w:szCs w:val="24"/>
              </w:rPr>
            </w:pPr>
            <w:r w:rsidRPr="00547C18">
              <w:rPr>
                <w:rFonts w:cs="Times New Roman"/>
                <w:sz w:val="24"/>
                <w:szCs w:val="24"/>
              </w:rPr>
              <w:t>Concluzie de experiment / produs de echipă.</w:t>
            </w:r>
          </w:p>
        </w:tc>
        <w:tc>
          <w:tcPr>
            <w:tcW w:w="1785" w:type="dxa"/>
            <w:vAlign w:val="center"/>
          </w:tcPr>
          <w:p w14:paraId="106EEAF8" w14:textId="77777777" w:rsidR="00C23EA0" w:rsidRPr="00547C18" w:rsidRDefault="00000000">
            <w:pPr>
              <w:rPr>
                <w:rFonts w:cs="Times New Roman"/>
                <w:sz w:val="24"/>
                <w:szCs w:val="24"/>
              </w:rPr>
            </w:pPr>
            <w:r w:rsidRPr="00547C18">
              <w:rPr>
                <w:rFonts w:cs="Times New Roman"/>
                <w:sz w:val="24"/>
                <w:szCs w:val="24"/>
              </w:rPr>
              <w:t>Rolurile în echipe sunt stabilite dinainte.</w:t>
            </w:r>
          </w:p>
        </w:tc>
      </w:tr>
      <w:tr w:rsidR="00C23EA0" w:rsidRPr="00547C18" w14:paraId="5A0DE9CF" w14:textId="77777777">
        <w:trPr>
          <w:jc w:val="center"/>
        </w:trPr>
        <w:tc>
          <w:tcPr>
            <w:tcW w:w="1785" w:type="dxa"/>
            <w:vAlign w:val="center"/>
          </w:tcPr>
          <w:p w14:paraId="42617BA9" w14:textId="77777777" w:rsidR="00C23EA0" w:rsidRPr="00547C18" w:rsidRDefault="00000000">
            <w:pPr>
              <w:rPr>
                <w:rFonts w:cs="Times New Roman"/>
                <w:sz w:val="24"/>
                <w:szCs w:val="24"/>
              </w:rPr>
            </w:pPr>
            <w:r w:rsidRPr="00547C18">
              <w:rPr>
                <w:rFonts w:cs="Times New Roman"/>
                <w:sz w:val="24"/>
                <w:szCs w:val="24"/>
              </w:rPr>
              <w:t>31–39</w:t>
            </w:r>
          </w:p>
        </w:tc>
        <w:tc>
          <w:tcPr>
            <w:tcW w:w="1785" w:type="dxa"/>
            <w:vAlign w:val="center"/>
          </w:tcPr>
          <w:p w14:paraId="30D1D98A" w14:textId="77777777" w:rsidR="00C23EA0" w:rsidRPr="00547C18" w:rsidRDefault="00000000">
            <w:pPr>
              <w:rPr>
                <w:rFonts w:cs="Times New Roman"/>
                <w:sz w:val="24"/>
                <w:szCs w:val="24"/>
              </w:rPr>
            </w:pPr>
            <w:r w:rsidRPr="00547C18">
              <w:rPr>
                <w:rFonts w:cs="Times New Roman"/>
                <w:sz w:val="24"/>
                <w:szCs w:val="24"/>
              </w:rPr>
              <w:t xml:space="preserve">Direct – clasa </w:t>
            </w:r>
            <w:proofErr w:type="gramStart"/>
            <w:r w:rsidRPr="00547C18">
              <w:rPr>
                <w:rFonts w:cs="Times New Roman"/>
                <w:sz w:val="24"/>
                <w:szCs w:val="24"/>
              </w:rPr>
              <w:t>a</w:t>
            </w:r>
            <w:proofErr w:type="gramEnd"/>
            <w:r w:rsidRPr="00547C18">
              <w:rPr>
                <w:rFonts w:cs="Times New Roman"/>
                <w:sz w:val="24"/>
                <w:szCs w:val="24"/>
              </w:rPr>
              <w:t xml:space="preserve"> IV-a</w:t>
            </w:r>
          </w:p>
        </w:tc>
        <w:tc>
          <w:tcPr>
            <w:tcW w:w="1785" w:type="dxa"/>
            <w:vAlign w:val="center"/>
          </w:tcPr>
          <w:p w14:paraId="7D93401F" w14:textId="77777777" w:rsidR="00C23EA0" w:rsidRPr="00547C18" w:rsidRDefault="00000000">
            <w:pPr>
              <w:rPr>
                <w:rFonts w:cs="Times New Roman"/>
                <w:sz w:val="24"/>
                <w:szCs w:val="24"/>
                <w:lang w:val="es-ES"/>
              </w:rPr>
            </w:pPr>
            <w:r w:rsidRPr="00547C18">
              <w:rPr>
                <w:rFonts w:cs="Times New Roman"/>
                <w:sz w:val="24"/>
                <w:szCs w:val="24"/>
                <w:lang w:val="es-ES"/>
              </w:rPr>
              <w:t>Independent: „Așa da, așa nu!” + situații-problemă despre protejarea solului.</w:t>
            </w:r>
          </w:p>
        </w:tc>
        <w:tc>
          <w:tcPr>
            <w:tcW w:w="1785" w:type="dxa"/>
            <w:vAlign w:val="center"/>
          </w:tcPr>
          <w:p w14:paraId="150FDFEC" w14:textId="77777777" w:rsidR="00C23EA0" w:rsidRPr="00547C18" w:rsidRDefault="00000000">
            <w:pPr>
              <w:rPr>
                <w:rFonts w:cs="Times New Roman"/>
                <w:sz w:val="24"/>
                <w:szCs w:val="24"/>
              </w:rPr>
            </w:pPr>
            <w:proofErr w:type="spellStart"/>
            <w:r w:rsidRPr="00547C18">
              <w:rPr>
                <w:rFonts w:cs="Times New Roman"/>
                <w:sz w:val="24"/>
                <w:szCs w:val="24"/>
              </w:rPr>
              <w:t>Prezintă</w:t>
            </w:r>
            <w:proofErr w:type="spellEnd"/>
            <w:r w:rsidRPr="00547C18">
              <w:rPr>
                <w:rFonts w:cs="Times New Roman"/>
                <w:sz w:val="24"/>
                <w:szCs w:val="24"/>
              </w:rPr>
              <w:t xml:space="preserve"> </w:t>
            </w:r>
            <w:proofErr w:type="spellStart"/>
            <w:r w:rsidRPr="00547C18">
              <w:rPr>
                <w:rFonts w:cs="Times New Roman"/>
                <w:sz w:val="24"/>
                <w:szCs w:val="24"/>
              </w:rPr>
              <w:t>produsele</w:t>
            </w:r>
            <w:proofErr w:type="spellEnd"/>
            <w:r w:rsidRPr="00547C18">
              <w:rPr>
                <w:rFonts w:cs="Times New Roman"/>
                <w:sz w:val="24"/>
                <w:szCs w:val="24"/>
              </w:rPr>
              <w:t xml:space="preserve">; </w:t>
            </w:r>
            <w:proofErr w:type="spellStart"/>
            <w:r w:rsidRPr="00547C18">
              <w:rPr>
                <w:rFonts w:cs="Times New Roman"/>
                <w:sz w:val="24"/>
                <w:szCs w:val="24"/>
              </w:rPr>
              <w:t>joc</w:t>
            </w:r>
            <w:proofErr w:type="spellEnd"/>
            <w:r w:rsidRPr="00547C18">
              <w:rPr>
                <w:rFonts w:cs="Times New Roman"/>
                <w:sz w:val="24"/>
                <w:szCs w:val="24"/>
              </w:rPr>
              <w:t xml:space="preserve"> „De-a reporterul”; feedback reciproc.</w:t>
            </w:r>
          </w:p>
        </w:tc>
        <w:tc>
          <w:tcPr>
            <w:tcW w:w="1785" w:type="dxa"/>
            <w:vAlign w:val="center"/>
          </w:tcPr>
          <w:p w14:paraId="1D0E218D" w14:textId="77777777" w:rsidR="00C23EA0" w:rsidRPr="00547C18" w:rsidRDefault="00000000">
            <w:pPr>
              <w:rPr>
                <w:rFonts w:cs="Times New Roman"/>
                <w:sz w:val="24"/>
                <w:szCs w:val="24"/>
              </w:rPr>
            </w:pPr>
            <w:r w:rsidRPr="00547C18">
              <w:rPr>
                <w:rFonts w:cs="Times New Roman"/>
                <w:sz w:val="24"/>
                <w:szCs w:val="24"/>
              </w:rPr>
              <w:t>Argumente / prezentări.</w:t>
            </w:r>
          </w:p>
        </w:tc>
        <w:tc>
          <w:tcPr>
            <w:tcW w:w="1785" w:type="dxa"/>
            <w:vAlign w:val="center"/>
          </w:tcPr>
          <w:p w14:paraId="4229D645" w14:textId="77777777" w:rsidR="00C23EA0" w:rsidRPr="00547C18" w:rsidRDefault="00000000">
            <w:pPr>
              <w:rPr>
                <w:rFonts w:cs="Times New Roman"/>
                <w:sz w:val="24"/>
                <w:szCs w:val="24"/>
                <w:lang w:val="es-ES"/>
              </w:rPr>
            </w:pPr>
            <w:r w:rsidRPr="00547C18">
              <w:rPr>
                <w:rFonts w:cs="Times New Roman"/>
                <w:sz w:val="24"/>
                <w:szCs w:val="24"/>
                <w:lang w:val="es-ES"/>
              </w:rPr>
              <w:t>Fișa clasei a III-a permite autocontrol prin simboluri.</w:t>
            </w:r>
          </w:p>
        </w:tc>
      </w:tr>
      <w:tr w:rsidR="00C23EA0" w:rsidRPr="00547C18" w14:paraId="35A46FAB" w14:textId="77777777">
        <w:trPr>
          <w:jc w:val="center"/>
        </w:trPr>
        <w:tc>
          <w:tcPr>
            <w:tcW w:w="1785" w:type="dxa"/>
            <w:vAlign w:val="center"/>
          </w:tcPr>
          <w:p w14:paraId="62CF94BF" w14:textId="77777777" w:rsidR="00C23EA0" w:rsidRPr="00547C18" w:rsidRDefault="00000000">
            <w:pPr>
              <w:rPr>
                <w:rFonts w:cs="Times New Roman"/>
                <w:sz w:val="24"/>
                <w:szCs w:val="24"/>
              </w:rPr>
            </w:pPr>
            <w:r w:rsidRPr="00547C18">
              <w:rPr>
                <w:rFonts w:cs="Times New Roman"/>
                <w:sz w:val="24"/>
                <w:szCs w:val="24"/>
              </w:rPr>
              <w:t>39–45</w:t>
            </w:r>
          </w:p>
        </w:tc>
        <w:tc>
          <w:tcPr>
            <w:tcW w:w="1785" w:type="dxa"/>
            <w:vAlign w:val="center"/>
          </w:tcPr>
          <w:p w14:paraId="508A4877" w14:textId="77777777" w:rsidR="00C23EA0" w:rsidRPr="00547C18" w:rsidRDefault="00000000">
            <w:pPr>
              <w:rPr>
                <w:rFonts w:cs="Times New Roman"/>
                <w:sz w:val="24"/>
                <w:szCs w:val="24"/>
              </w:rPr>
            </w:pPr>
            <w:r w:rsidRPr="00547C18">
              <w:rPr>
                <w:rFonts w:cs="Times New Roman"/>
                <w:sz w:val="24"/>
                <w:szCs w:val="24"/>
              </w:rPr>
              <w:t>Frontal – ambele clase</w:t>
            </w:r>
          </w:p>
        </w:tc>
        <w:tc>
          <w:tcPr>
            <w:tcW w:w="1785" w:type="dxa"/>
            <w:vAlign w:val="center"/>
          </w:tcPr>
          <w:p w14:paraId="640AD857" w14:textId="77777777" w:rsidR="00C23EA0" w:rsidRPr="00547C18" w:rsidRDefault="00000000">
            <w:pPr>
              <w:rPr>
                <w:rFonts w:cs="Times New Roman"/>
                <w:sz w:val="24"/>
                <w:szCs w:val="24"/>
                <w:lang w:val="es-ES"/>
              </w:rPr>
            </w:pPr>
            <w:r w:rsidRPr="00547C18">
              <w:rPr>
                <w:rFonts w:cs="Times New Roman"/>
                <w:sz w:val="24"/>
                <w:szCs w:val="24"/>
                <w:lang w:val="es-ES"/>
              </w:rPr>
              <w:t>Participă la „Rădăcina cunoașterii”: spune o proprietate a solului și o acțiune de protecție.</w:t>
            </w:r>
          </w:p>
        </w:tc>
        <w:tc>
          <w:tcPr>
            <w:tcW w:w="1785" w:type="dxa"/>
            <w:vAlign w:val="center"/>
          </w:tcPr>
          <w:p w14:paraId="0F1A7D04" w14:textId="77777777" w:rsidR="00C23EA0" w:rsidRPr="00547C18" w:rsidRDefault="00000000">
            <w:pPr>
              <w:rPr>
                <w:rFonts w:cs="Times New Roman"/>
                <w:sz w:val="24"/>
                <w:szCs w:val="24"/>
                <w:lang w:val="es-ES"/>
              </w:rPr>
            </w:pPr>
            <w:r w:rsidRPr="00547C18">
              <w:rPr>
                <w:rFonts w:cs="Times New Roman"/>
                <w:sz w:val="24"/>
                <w:szCs w:val="24"/>
                <w:lang w:val="es-ES"/>
              </w:rPr>
              <w:t>Spune o idee-cheie despre om și natură și o întrebare rămasă.</w:t>
            </w:r>
          </w:p>
        </w:tc>
        <w:tc>
          <w:tcPr>
            <w:tcW w:w="1785" w:type="dxa"/>
            <w:vAlign w:val="center"/>
          </w:tcPr>
          <w:p w14:paraId="063ABC27" w14:textId="77777777" w:rsidR="00C23EA0" w:rsidRPr="00547C18" w:rsidRDefault="00000000">
            <w:pPr>
              <w:rPr>
                <w:rFonts w:cs="Times New Roman"/>
                <w:sz w:val="24"/>
                <w:szCs w:val="24"/>
              </w:rPr>
            </w:pPr>
            <w:proofErr w:type="spellStart"/>
            <w:r w:rsidRPr="00547C18">
              <w:rPr>
                <w:rFonts w:cs="Times New Roman"/>
                <w:sz w:val="24"/>
                <w:szCs w:val="24"/>
              </w:rPr>
              <w:t>Bilet</w:t>
            </w:r>
            <w:proofErr w:type="spellEnd"/>
            <w:r w:rsidRPr="00547C18">
              <w:rPr>
                <w:rFonts w:cs="Times New Roman"/>
                <w:sz w:val="24"/>
                <w:szCs w:val="24"/>
              </w:rPr>
              <w:t xml:space="preserve"> de </w:t>
            </w:r>
            <w:proofErr w:type="spellStart"/>
            <w:r w:rsidRPr="00547C18">
              <w:rPr>
                <w:rFonts w:cs="Times New Roman"/>
                <w:sz w:val="24"/>
                <w:szCs w:val="24"/>
              </w:rPr>
              <w:t>ieșire</w:t>
            </w:r>
            <w:proofErr w:type="spellEnd"/>
            <w:r w:rsidRPr="00547C18">
              <w:rPr>
                <w:rFonts w:cs="Times New Roman"/>
                <w:sz w:val="24"/>
                <w:szCs w:val="24"/>
              </w:rPr>
              <w:t xml:space="preserve"> + autoevaluare.</w:t>
            </w:r>
          </w:p>
        </w:tc>
        <w:tc>
          <w:tcPr>
            <w:tcW w:w="1785" w:type="dxa"/>
            <w:vAlign w:val="center"/>
          </w:tcPr>
          <w:p w14:paraId="1650D267" w14:textId="77777777" w:rsidR="00C23EA0" w:rsidRPr="00547C18" w:rsidRDefault="00000000">
            <w:pPr>
              <w:rPr>
                <w:rFonts w:cs="Times New Roman"/>
                <w:sz w:val="24"/>
                <w:szCs w:val="24"/>
                <w:lang w:val="es-ES"/>
              </w:rPr>
            </w:pPr>
            <w:r w:rsidRPr="00547C18">
              <w:rPr>
                <w:rFonts w:cs="Times New Roman"/>
                <w:sz w:val="24"/>
                <w:szCs w:val="24"/>
                <w:lang w:val="es-ES"/>
              </w:rPr>
              <w:t>Încheiere comună, scurtă, cu produse clare.</w:t>
            </w:r>
          </w:p>
        </w:tc>
      </w:tr>
    </w:tbl>
    <w:p w14:paraId="005CBA15" w14:textId="77777777" w:rsidR="00C23EA0" w:rsidRPr="00547C18" w:rsidRDefault="00000000">
      <w:pPr>
        <w:spacing w:before="120" w:after="80"/>
        <w:rPr>
          <w:rFonts w:cs="Times New Roman"/>
          <w:sz w:val="24"/>
          <w:szCs w:val="24"/>
        </w:rPr>
      </w:pPr>
      <w:r w:rsidRPr="00547C18">
        <w:rPr>
          <w:rFonts w:cs="Times New Roman"/>
          <w:b/>
          <w:color w:val="1F4E79"/>
          <w:sz w:val="24"/>
          <w:szCs w:val="24"/>
        </w:rPr>
        <w:t xml:space="preserve">6. </w:t>
      </w:r>
      <w:proofErr w:type="spellStart"/>
      <w:r w:rsidRPr="00547C18">
        <w:rPr>
          <w:rFonts w:cs="Times New Roman"/>
          <w:b/>
          <w:color w:val="1F4E79"/>
          <w:sz w:val="24"/>
          <w:szCs w:val="24"/>
        </w:rPr>
        <w:t>Scenariul</w:t>
      </w:r>
      <w:proofErr w:type="spellEnd"/>
      <w:r w:rsidRPr="00547C18">
        <w:rPr>
          <w:rFonts w:cs="Times New Roman"/>
          <w:b/>
          <w:color w:val="1F4E79"/>
          <w:sz w:val="24"/>
          <w:szCs w:val="24"/>
        </w:rPr>
        <w:t xml:space="preserve"> didactic ERRE</w:t>
      </w:r>
    </w:p>
    <w:tbl>
      <w:tblPr>
        <w:tblStyle w:val="Tabelgril"/>
        <w:tblW w:w="0" w:type="auto"/>
        <w:jc w:val="center"/>
        <w:tblLook w:val="04A0" w:firstRow="1" w:lastRow="0" w:firstColumn="1" w:lastColumn="0" w:noHBand="0" w:noVBand="1"/>
      </w:tblPr>
      <w:tblGrid>
        <w:gridCol w:w="1419"/>
        <w:gridCol w:w="993"/>
        <w:gridCol w:w="1566"/>
        <w:gridCol w:w="1545"/>
        <w:gridCol w:w="1279"/>
        <w:gridCol w:w="1502"/>
        <w:gridCol w:w="1359"/>
        <w:gridCol w:w="1263"/>
      </w:tblGrid>
      <w:tr w:rsidR="00C23EA0" w:rsidRPr="00547C18" w14:paraId="066DF806" w14:textId="77777777">
        <w:trPr>
          <w:jc w:val="center"/>
        </w:trPr>
        <w:tc>
          <w:tcPr>
            <w:tcW w:w="1339" w:type="dxa"/>
            <w:shd w:val="clear" w:color="auto" w:fill="D9EAF7"/>
            <w:vAlign w:val="center"/>
          </w:tcPr>
          <w:p w14:paraId="005B6BA2" w14:textId="77777777" w:rsidR="00C23EA0" w:rsidRPr="00547C18" w:rsidRDefault="00000000">
            <w:pPr>
              <w:rPr>
                <w:rFonts w:cs="Times New Roman"/>
                <w:sz w:val="24"/>
                <w:szCs w:val="24"/>
              </w:rPr>
            </w:pPr>
            <w:r w:rsidRPr="00547C18">
              <w:rPr>
                <w:rFonts w:cs="Times New Roman"/>
                <w:b/>
                <w:sz w:val="24"/>
                <w:szCs w:val="24"/>
              </w:rPr>
              <w:t>Etapa / timp</w:t>
            </w:r>
          </w:p>
        </w:tc>
        <w:tc>
          <w:tcPr>
            <w:tcW w:w="1339" w:type="dxa"/>
            <w:shd w:val="clear" w:color="auto" w:fill="D9EAF7"/>
            <w:vAlign w:val="center"/>
          </w:tcPr>
          <w:p w14:paraId="4E3CDB93" w14:textId="77777777" w:rsidR="00C23EA0" w:rsidRPr="00547C18" w:rsidRDefault="00000000">
            <w:pPr>
              <w:rPr>
                <w:rFonts w:cs="Times New Roman"/>
                <w:sz w:val="24"/>
                <w:szCs w:val="24"/>
              </w:rPr>
            </w:pPr>
            <w:r w:rsidRPr="00547C18">
              <w:rPr>
                <w:rFonts w:cs="Times New Roman"/>
                <w:b/>
                <w:sz w:val="24"/>
                <w:szCs w:val="24"/>
              </w:rPr>
              <w:t>Obiective</w:t>
            </w:r>
          </w:p>
        </w:tc>
        <w:tc>
          <w:tcPr>
            <w:tcW w:w="1339" w:type="dxa"/>
            <w:shd w:val="clear" w:color="auto" w:fill="D9EAF7"/>
            <w:vAlign w:val="center"/>
          </w:tcPr>
          <w:p w14:paraId="0FC087AF" w14:textId="77777777" w:rsidR="00C23EA0" w:rsidRPr="00547C18" w:rsidRDefault="00000000">
            <w:pPr>
              <w:rPr>
                <w:rFonts w:cs="Times New Roman"/>
                <w:sz w:val="24"/>
                <w:szCs w:val="24"/>
              </w:rPr>
            </w:pPr>
            <w:r w:rsidRPr="00547C18">
              <w:rPr>
                <w:rFonts w:cs="Times New Roman"/>
                <w:b/>
                <w:sz w:val="24"/>
                <w:szCs w:val="24"/>
              </w:rPr>
              <w:t>Clasa a III-a</w:t>
            </w:r>
          </w:p>
        </w:tc>
        <w:tc>
          <w:tcPr>
            <w:tcW w:w="1339" w:type="dxa"/>
            <w:shd w:val="clear" w:color="auto" w:fill="D9EAF7"/>
            <w:vAlign w:val="center"/>
          </w:tcPr>
          <w:p w14:paraId="68220B01" w14:textId="77777777" w:rsidR="00C23EA0" w:rsidRPr="00547C18" w:rsidRDefault="00000000">
            <w:pPr>
              <w:rPr>
                <w:rFonts w:cs="Times New Roman"/>
                <w:sz w:val="24"/>
                <w:szCs w:val="24"/>
              </w:rPr>
            </w:pPr>
            <w:r w:rsidRPr="00547C18">
              <w:rPr>
                <w:rFonts w:cs="Times New Roman"/>
                <w:b/>
                <w:sz w:val="24"/>
                <w:szCs w:val="24"/>
              </w:rPr>
              <w:t>Clasa a IV-a</w:t>
            </w:r>
          </w:p>
        </w:tc>
        <w:tc>
          <w:tcPr>
            <w:tcW w:w="1339" w:type="dxa"/>
            <w:shd w:val="clear" w:color="auto" w:fill="D9EAF7"/>
            <w:vAlign w:val="center"/>
          </w:tcPr>
          <w:p w14:paraId="7D0D1BAC" w14:textId="77777777" w:rsidR="00C23EA0" w:rsidRPr="00547C18" w:rsidRDefault="00000000">
            <w:pPr>
              <w:rPr>
                <w:rFonts w:cs="Times New Roman"/>
                <w:sz w:val="24"/>
                <w:szCs w:val="24"/>
              </w:rPr>
            </w:pPr>
            <w:r w:rsidRPr="00547C18">
              <w:rPr>
                <w:rFonts w:cs="Times New Roman"/>
                <w:b/>
                <w:sz w:val="24"/>
                <w:szCs w:val="24"/>
              </w:rPr>
              <w:t>Direct / independent</w:t>
            </w:r>
          </w:p>
        </w:tc>
        <w:tc>
          <w:tcPr>
            <w:tcW w:w="1339" w:type="dxa"/>
            <w:shd w:val="clear" w:color="auto" w:fill="D9EAF7"/>
            <w:vAlign w:val="center"/>
          </w:tcPr>
          <w:p w14:paraId="7AEB8E6A" w14:textId="77777777" w:rsidR="00C23EA0" w:rsidRPr="00547C18" w:rsidRDefault="00000000">
            <w:pPr>
              <w:rPr>
                <w:rFonts w:cs="Times New Roman"/>
                <w:sz w:val="24"/>
                <w:szCs w:val="24"/>
              </w:rPr>
            </w:pPr>
            <w:r w:rsidRPr="00547C18">
              <w:rPr>
                <w:rFonts w:cs="Times New Roman"/>
                <w:b/>
                <w:sz w:val="24"/>
                <w:szCs w:val="24"/>
              </w:rPr>
              <w:t>Metode și resurse</w:t>
            </w:r>
          </w:p>
        </w:tc>
        <w:tc>
          <w:tcPr>
            <w:tcW w:w="1339" w:type="dxa"/>
            <w:shd w:val="clear" w:color="auto" w:fill="D9EAF7"/>
            <w:vAlign w:val="center"/>
          </w:tcPr>
          <w:p w14:paraId="39C37F4E" w14:textId="77777777" w:rsidR="00C23EA0" w:rsidRPr="00547C18" w:rsidRDefault="00000000">
            <w:pPr>
              <w:rPr>
                <w:rFonts w:cs="Times New Roman"/>
                <w:sz w:val="24"/>
                <w:szCs w:val="24"/>
              </w:rPr>
            </w:pPr>
            <w:r w:rsidRPr="00547C18">
              <w:rPr>
                <w:rFonts w:cs="Times New Roman"/>
                <w:b/>
                <w:sz w:val="24"/>
                <w:szCs w:val="24"/>
              </w:rPr>
              <w:t>Evaluare</w:t>
            </w:r>
          </w:p>
        </w:tc>
        <w:tc>
          <w:tcPr>
            <w:tcW w:w="1339" w:type="dxa"/>
            <w:shd w:val="clear" w:color="auto" w:fill="D9EAF7"/>
            <w:vAlign w:val="center"/>
          </w:tcPr>
          <w:p w14:paraId="1BF7A47C" w14:textId="77777777" w:rsidR="00C23EA0" w:rsidRPr="00547C18" w:rsidRDefault="00000000">
            <w:pPr>
              <w:rPr>
                <w:rFonts w:cs="Times New Roman"/>
                <w:sz w:val="24"/>
                <w:szCs w:val="24"/>
              </w:rPr>
            </w:pPr>
            <w:r w:rsidRPr="00547C18">
              <w:rPr>
                <w:rFonts w:cs="Times New Roman"/>
                <w:b/>
                <w:sz w:val="24"/>
                <w:szCs w:val="24"/>
              </w:rPr>
              <w:t>Observații</w:t>
            </w:r>
          </w:p>
        </w:tc>
      </w:tr>
      <w:tr w:rsidR="00C23EA0" w:rsidRPr="00547C18" w14:paraId="2C5B04C9" w14:textId="77777777">
        <w:trPr>
          <w:jc w:val="center"/>
        </w:trPr>
        <w:tc>
          <w:tcPr>
            <w:tcW w:w="1339" w:type="dxa"/>
            <w:vAlign w:val="center"/>
          </w:tcPr>
          <w:p w14:paraId="43D0C2E4" w14:textId="77777777" w:rsidR="00C23EA0" w:rsidRPr="00547C18" w:rsidRDefault="00000000">
            <w:pPr>
              <w:rPr>
                <w:rFonts w:cs="Times New Roman"/>
                <w:sz w:val="24"/>
                <w:szCs w:val="24"/>
              </w:rPr>
            </w:pPr>
            <w:r w:rsidRPr="00547C18">
              <w:rPr>
                <w:rFonts w:cs="Times New Roman"/>
                <w:sz w:val="24"/>
                <w:szCs w:val="24"/>
              </w:rPr>
              <w:t>EVOCARE</w:t>
            </w:r>
            <w:r w:rsidRPr="00547C18">
              <w:rPr>
                <w:rFonts w:cs="Times New Roman"/>
                <w:sz w:val="24"/>
                <w:szCs w:val="24"/>
              </w:rPr>
              <w:br/>
              <w:t>0–6 min</w:t>
            </w:r>
          </w:p>
        </w:tc>
        <w:tc>
          <w:tcPr>
            <w:tcW w:w="1339" w:type="dxa"/>
            <w:vAlign w:val="center"/>
          </w:tcPr>
          <w:p w14:paraId="3AD16DF5" w14:textId="77777777" w:rsidR="00C23EA0" w:rsidRPr="00547C18" w:rsidRDefault="00000000">
            <w:pPr>
              <w:rPr>
                <w:rFonts w:cs="Times New Roman"/>
                <w:sz w:val="24"/>
                <w:szCs w:val="24"/>
              </w:rPr>
            </w:pPr>
            <w:r w:rsidRPr="00547C18">
              <w:rPr>
                <w:rFonts w:cs="Times New Roman"/>
                <w:sz w:val="24"/>
                <w:szCs w:val="24"/>
              </w:rPr>
              <w:t>OIII1; OIV4, OIV5</w:t>
            </w:r>
          </w:p>
        </w:tc>
        <w:tc>
          <w:tcPr>
            <w:tcW w:w="1339" w:type="dxa"/>
            <w:vAlign w:val="center"/>
          </w:tcPr>
          <w:p w14:paraId="0F7434A3" w14:textId="77777777" w:rsidR="00C23EA0" w:rsidRPr="00547C18" w:rsidRDefault="00000000">
            <w:pPr>
              <w:rPr>
                <w:rFonts w:cs="Times New Roman"/>
                <w:sz w:val="24"/>
                <w:szCs w:val="24"/>
              </w:rPr>
            </w:pPr>
            <w:r w:rsidRPr="00547C18">
              <w:rPr>
                <w:rFonts w:cs="Times New Roman"/>
                <w:sz w:val="24"/>
                <w:szCs w:val="24"/>
              </w:rPr>
              <w:t xml:space="preserve">Observă „Cufărul Pământului”: o plantă, un bulgăre de sol, o lupă, o sticluță cu apă și un bilețel. Răspunde: «Ce legătură au </w:t>
            </w:r>
            <w:proofErr w:type="gramStart"/>
            <w:r w:rsidRPr="00547C18">
              <w:rPr>
                <w:rFonts w:cs="Times New Roman"/>
                <w:sz w:val="24"/>
                <w:szCs w:val="24"/>
              </w:rPr>
              <w:t>toate?»</w:t>
            </w:r>
            <w:proofErr w:type="gramEnd"/>
            <w:r w:rsidRPr="00547C18">
              <w:rPr>
                <w:rFonts w:cs="Times New Roman"/>
                <w:sz w:val="24"/>
                <w:szCs w:val="24"/>
              </w:rPr>
              <w:t xml:space="preserve"> Completează oral: «Dacă solul ar putea vorbi, ne-ar spune…».</w:t>
            </w:r>
          </w:p>
        </w:tc>
        <w:tc>
          <w:tcPr>
            <w:tcW w:w="1339" w:type="dxa"/>
            <w:vAlign w:val="center"/>
          </w:tcPr>
          <w:p w14:paraId="78140284" w14:textId="77777777" w:rsidR="00C23EA0" w:rsidRPr="00547C18" w:rsidRDefault="00000000">
            <w:pPr>
              <w:rPr>
                <w:rFonts w:cs="Times New Roman"/>
                <w:sz w:val="24"/>
                <w:szCs w:val="24"/>
                <w:lang w:val="es-ES"/>
              </w:rPr>
            </w:pPr>
            <w:r w:rsidRPr="00547C18">
              <w:rPr>
                <w:rFonts w:cs="Times New Roman"/>
                <w:sz w:val="24"/>
                <w:szCs w:val="24"/>
                <w:lang w:val="es-ES"/>
              </w:rPr>
              <w:t>Observă aceleași obiecte și răspunde: «Cum depinde omul de natură și cum o poate schimba?» Descifrează mesajul: «Pământul nu este doar locul pe care pășim, ci suportul vieții.»</w:t>
            </w:r>
          </w:p>
        </w:tc>
        <w:tc>
          <w:tcPr>
            <w:tcW w:w="1339" w:type="dxa"/>
            <w:vAlign w:val="center"/>
          </w:tcPr>
          <w:p w14:paraId="32B16FB9" w14:textId="77777777" w:rsidR="00C23EA0" w:rsidRPr="00547C18" w:rsidRDefault="00000000">
            <w:pPr>
              <w:rPr>
                <w:rFonts w:cs="Times New Roman"/>
                <w:sz w:val="24"/>
                <w:szCs w:val="24"/>
                <w:lang w:val="es-ES"/>
              </w:rPr>
            </w:pPr>
            <w:r w:rsidRPr="00547C18">
              <w:rPr>
                <w:rFonts w:cs="Times New Roman"/>
                <w:sz w:val="24"/>
                <w:szCs w:val="24"/>
                <w:lang w:val="es-ES"/>
              </w:rPr>
              <w:t>Activitate frontală comună. Profesorul prezintă misiunea: «Astăzi devenim Gardienii Pământului: clasa a III-a cercetează solul, iar clasa a IV-a reconstruiește harta cunoștințelor despre om și natură.»</w:t>
            </w:r>
          </w:p>
        </w:tc>
        <w:tc>
          <w:tcPr>
            <w:tcW w:w="1339" w:type="dxa"/>
            <w:vAlign w:val="center"/>
          </w:tcPr>
          <w:p w14:paraId="5C17EA17" w14:textId="77777777" w:rsidR="00C23EA0" w:rsidRPr="00547C18" w:rsidRDefault="00000000">
            <w:pPr>
              <w:rPr>
                <w:rFonts w:cs="Times New Roman"/>
                <w:sz w:val="24"/>
                <w:szCs w:val="24"/>
                <w:lang w:val="es-ES"/>
              </w:rPr>
            </w:pPr>
            <w:r w:rsidRPr="00547C18">
              <w:rPr>
                <w:rFonts w:cs="Times New Roman"/>
                <w:sz w:val="24"/>
                <w:szCs w:val="24"/>
                <w:lang w:val="es-ES"/>
              </w:rPr>
              <w:t>Descoperirea, conversația, problematizarea; Cufărul Pământului.</w:t>
            </w:r>
          </w:p>
        </w:tc>
        <w:tc>
          <w:tcPr>
            <w:tcW w:w="1339" w:type="dxa"/>
            <w:vAlign w:val="center"/>
          </w:tcPr>
          <w:p w14:paraId="1C7C650D" w14:textId="77777777" w:rsidR="00C23EA0" w:rsidRPr="00547C18" w:rsidRDefault="00000000">
            <w:pPr>
              <w:rPr>
                <w:rFonts w:cs="Times New Roman"/>
                <w:sz w:val="24"/>
                <w:szCs w:val="24"/>
                <w:lang w:val="es-ES"/>
              </w:rPr>
            </w:pPr>
            <w:r w:rsidRPr="00547C18">
              <w:rPr>
                <w:rFonts w:cs="Times New Roman"/>
                <w:sz w:val="24"/>
                <w:szCs w:val="24"/>
                <w:lang w:val="es-ES"/>
              </w:rPr>
              <w:t>EFI: răspunsuri clare, ipoteze, implicare.</w:t>
            </w:r>
          </w:p>
        </w:tc>
        <w:tc>
          <w:tcPr>
            <w:tcW w:w="1339" w:type="dxa"/>
            <w:vAlign w:val="center"/>
          </w:tcPr>
          <w:p w14:paraId="6B3D5E64" w14:textId="77777777" w:rsidR="00C23EA0" w:rsidRPr="00547C18" w:rsidRDefault="00000000">
            <w:pPr>
              <w:rPr>
                <w:rFonts w:cs="Times New Roman"/>
                <w:sz w:val="24"/>
                <w:szCs w:val="24"/>
                <w:lang w:val="es-ES"/>
              </w:rPr>
            </w:pPr>
            <w:r w:rsidRPr="00547C18">
              <w:rPr>
                <w:rFonts w:cs="Times New Roman"/>
                <w:sz w:val="24"/>
                <w:szCs w:val="24"/>
                <w:lang w:val="es-ES"/>
              </w:rPr>
              <w:t>O singură evocare pentru ambele clase; creează legătura dintre cele două teme.</w:t>
            </w:r>
          </w:p>
        </w:tc>
      </w:tr>
      <w:tr w:rsidR="00C23EA0" w:rsidRPr="00547C18" w14:paraId="31D4A3F1" w14:textId="77777777">
        <w:trPr>
          <w:jc w:val="center"/>
        </w:trPr>
        <w:tc>
          <w:tcPr>
            <w:tcW w:w="1339" w:type="dxa"/>
            <w:vAlign w:val="center"/>
          </w:tcPr>
          <w:p w14:paraId="3AD36092" w14:textId="77777777" w:rsidR="00C23EA0" w:rsidRPr="00547C18" w:rsidRDefault="00000000">
            <w:pPr>
              <w:rPr>
                <w:rFonts w:cs="Times New Roman"/>
                <w:sz w:val="24"/>
                <w:szCs w:val="24"/>
              </w:rPr>
            </w:pPr>
            <w:r w:rsidRPr="00547C18">
              <w:rPr>
                <w:rFonts w:cs="Times New Roman"/>
                <w:sz w:val="24"/>
                <w:szCs w:val="24"/>
              </w:rPr>
              <w:t>REALIZAR</w:t>
            </w:r>
            <w:r w:rsidRPr="00547C18">
              <w:rPr>
                <w:rFonts w:cs="Times New Roman"/>
                <w:sz w:val="24"/>
                <w:szCs w:val="24"/>
              </w:rPr>
              <w:lastRenderedPageBreak/>
              <w:t>EA SENSULUI</w:t>
            </w:r>
            <w:r w:rsidRPr="00547C18">
              <w:rPr>
                <w:rFonts w:cs="Times New Roman"/>
                <w:sz w:val="24"/>
                <w:szCs w:val="24"/>
              </w:rPr>
              <w:br/>
              <w:t>6–39 min</w:t>
            </w:r>
          </w:p>
        </w:tc>
        <w:tc>
          <w:tcPr>
            <w:tcW w:w="1339" w:type="dxa"/>
            <w:vAlign w:val="center"/>
          </w:tcPr>
          <w:p w14:paraId="5A2C9ACD" w14:textId="77777777" w:rsidR="00C23EA0" w:rsidRPr="00547C18" w:rsidRDefault="00000000">
            <w:pPr>
              <w:rPr>
                <w:rFonts w:cs="Times New Roman"/>
                <w:sz w:val="24"/>
                <w:szCs w:val="24"/>
              </w:rPr>
            </w:pPr>
            <w:r w:rsidRPr="00547C18">
              <w:rPr>
                <w:rFonts w:cs="Times New Roman"/>
                <w:sz w:val="24"/>
                <w:szCs w:val="24"/>
              </w:rPr>
              <w:lastRenderedPageBreak/>
              <w:t xml:space="preserve">OIII1, </w:t>
            </w:r>
            <w:r w:rsidRPr="00547C18">
              <w:rPr>
                <w:rFonts w:cs="Times New Roman"/>
                <w:sz w:val="24"/>
                <w:szCs w:val="24"/>
              </w:rPr>
              <w:lastRenderedPageBreak/>
              <w:t>OIII2; OIV1, OIV2</w:t>
            </w:r>
          </w:p>
        </w:tc>
        <w:tc>
          <w:tcPr>
            <w:tcW w:w="1339" w:type="dxa"/>
            <w:vAlign w:val="center"/>
          </w:tcPr>
          <w:p w14:paraId="7C3B9B89" w14:textId="77777777" w:rsidR="00C23EA0" w:rsidRPr="00547C18" w:rsidRDefault="00000000">
            <w:pPr>
              <w:rPr>
                <w:rFonts w:cs="Times New Roman"/>
                <w:sz w:val="24"/>
                <w:szCs w:val="24"/>
              </w:rPr>
            </w:pPr>
            <w:r w:rsidRPr="00547C18">
              <w:rPr>
                <w:rFonts w:cs="Times New Roman"/>
                <w:sz w:val="24"/>
                <w:szCs w:val="24"/>
              </w:rPr>
              <w:lastRenderedPageBreak/>
              <w:t xml:space="preserve">CU </w:t>
            </w:r>
            <w:r w:rsidRPr="00547C18">
              <w:rPr>
                <w:rFonts w:cs="Times New Roman"/>
                <w:sz w:val="24"/>
                <w:szCs w:val="24"/>
              </w:rPr>
              <w:lastRenderedPageBreak/>
              <w:t>PROFESORUL – „Detectivii solului”. Examinează cernoziomul, solul nisipos și argilos: culoare, textură, umiditate, granulație. Toarnă cantități egale de apă și observă permeabilitatea. Completează Anexa 1.</w:t>
            </w:r>
          </w:p>
        </w:tc>
        <w:tc>
          <w:tcPr>
            <w:tcW w:w="1339" w:type="dxa"/>
            <w:vAlign w:val="center"/>
          </w:tcPr>
          <w:p w14:paraId="15CADAA5" w14:textId="77777777" w:rsidR="00C23EA0" w:rsidRPr="00547C18" w:rsidRDefault="00000000">
            <w:pPr>
              <w:rPr>
                <w:rFonts w:cs="Times New Roman"/>
                <w:sz w:val="24"/>
                <w:szCs w:val="24"/>
              </w:rPr>
            </w:pPr>
            <w:r w:rsidRPr="00547C18">
              <w:rPr>
                <w:rFonts w:cs="Times New Roman"/>
                <w:sz w:val="24"/>
                <w:szCs w:val="24"/>
              </w:rPr>
              <w:lastRenderedPageBreak/>
              <w:t>INDEPEND</w:t>
            </w:r>
            <w:r w:rsidRPr="00547C18">
              <w:rPr>
                <w:rFonts w:cs="Times New Roman"/>
                <w:sz w:val="24"/>
                <w:szCs w:val="24"/>
              </w:rPr>
              <w:lastRenderedPageBreak/>
              <w:t>ENT – Anexa 3: Diagrama Venn Explorator–Inventator; scrie câte 3 activități pentru copilărie, tinerețe, maturitate și bătrânețe.</w:t>
            </w:r>
          </w:p>
        </w:tc>
        <w:tc>
          <w:tcPr>
            <w:tcW w:w="1339" w:type="dxa"/>
            <w:vAlign w:val="center"/>
          </w:tcPr>
          <w:p w14:paraId="2232B9CB" w14:textId="77777777" w:rsidR="00C23EA0" w:rsidRPr="00547C18" w:rsidRDefault="00000000">
            <w:pPr>
              <w:rPr>
                <w:rFonts w:cs="Times New Roman"/>
                <w:sz w:val="24"/>
                <w:szCs w:val="24"/>
              </w:rPr>
            </w:pPr>
            <w:r w:rsidRPr="00547C18">
              <w:rPr>
                <w:rFonts w:cs="Times New Roman"/>
                <w:sz w:val="24"/>
                <w:szCs w:val="24"/>
              </w:rPr>
              <w:lastRenderedPageBreak/>
              <w:t xml:space="preserve">Directă – </w:t>
            </w:r>
            <w:r w:rsidRPr="00547C18">
              <w:rPr>
                <w:rFonts w:cs="Times New Roman"/>
                <w:sz w:val="24"/>
                <w:szCs w:val="24"/>
              </w:rPr>
              <w:lastRenderedPageBreak/>
              <w:t>III; independentă – IV.</w:t>
            </w:r>
          </w:p>
        </w:tc>
        <w:tc>
          <w:tcPr>
            <w:tcW w:w="1339" w:type="dxa"/>
            <w:vAlign w:val="center"/>
          </w:tcPr>
          <w:p w14:paraId="0F0E7006" w14:textId="77777777" w:rsidR="00C23EA0" w:rsidRPr="00547C18" w:rsidRDefault="00000000">
            <w:pPr>
              <w:rPr>
                <w:rFonts w:cs="Times New Roman"/>
                <w:sz w:val="24"/>
                <w:szCs w:val="24"/>
                <w:lang w:val="es-ES"/>
              </w:rPr>
            </w:pPr>
            <w:r w:rsidRPr="00547C18">
              <w:rPr>
                <w:rFonts w:cs="Times New Roman"/>
                <w:sz w:val="24"/>
                <w:szCs w:val="24"/>
                <w:lang w:val="es-ES"/>
              </w:rPr>
              <w:lastRenderedPageBreak/>
              <w:t xml:space="preserve">Investigația, </w:t>
            </w:r>
            <w:r w:rsidRPr="00547C18">
              <w:rPr>
                <w:rFonts w:cs="Times New Roman"/>
                <w:sz w:val="24"/>
                <w:szCs w:val="24"/>
                <w:lang w:val="es-ES"/>
              </w:rPr>
              <w:lastRenderedPageBreak/>
              <w:t>experimentul, observația; probe de sol, apă, fișe.</w:t>
            </w:r>
          </w:p>
        </w:tc>
        <w:tc>
          <w:tcPr>
            <w:tcW w:w="1339" w:type="dxa"/>
            <w:vAlign w:val="center"/>
          </w:tcPr>
          <w:p w14:paraId="37EC5066" w14:textId="77777777" w:rsidR="00C23EA0" w:rsidRPr="00547C18" w:rsidRDefault="00000000">
            <w:pPr>
              <w:rPr>
                <w:rFonts w:cs="Times New Roman"/>
                <w:sz w:val="24"/>
                <w:szCs w:val="24"/>
              </w:rPr>
            </w:pPr>
            <w:r w:rsidRPr="00547C18">
              <w:rPr>
                <w:rFonts w:cs="Times New Roman"/>
                <w:sz w:val="24"/>
                <w:szCs w:val="24"/>
              </w:rPr>
              <w:lastRenderedPageBreak/>
              <w:t xml:space="preserve">EFI: </w:t>
            </w:r>
            <w:proofErr w:type="spellStart"/>
            <w:r w:rsidRPr="00547C18">
              <w:rPr>
                <w:rFonts w:cs="Times New Roman"/>
                <w:sz w:val="24"/>
                <w:szCs w:val="24"/>
              </w:rPr>
              <w:lastRenderedPageBreak/>
              <w:t>profesorul</w:t>
            </w:r>
            <w:proofErr w:type="spellEnd"/>
            <w:r w:rsidRPr="00547C18">
              <w:rPr>
                <w:rFonts w:cs="Times New Roman"/>
                <w:sz w:val="24"/>
                <w:szCs w:val="24"/>
              </w:rPr>
              <w:t xml:space="preserve"> </w:t>
            </w:r>
            <w:proofErr w:type="spellStart"/>
            <w:r w:rsidRPr="00547C18">
              <w:rPr>
                <w:rFonts w:cs="Times New Roman"/>
                <w:sz w:val="24"/>
                <w:szCs w:val="24"/>
              </w:rPr>
              <w:t>verifică</w:t>
            </w:r>
            <w:proofErr w:type="spellEnd"/>
            <w:r w:rsidRPr="00547C18">
              <w:rPr>
                <w:rFonts w:cs="Times New Roman"/>
                <w:sz w:val="24"/>
                <w:szCs w:val="24"/>
              </w:rPr>
              <w:t xml:space="preserve"> </w:t>
            </w:r>
            <w:proofErr w:type="spellStart"/>
            <w:r w:rsidRPr="00547C18">
              <w:rPr>
                <w:rFonts w:cs="Times New Roman"/>
                <w:sz w:val="24"/>
                <w:szCs w:val="24"/>
              </w:rPr>
              <w:t>folosirea</w:t>
            </w:r>
            <w:proofErr w:type="spellEnd"/>
            <w:r w:rsidRPr="00547C18">
              <w:rPr>
                <w:rFonts w:cs="Times New Roman"/>
                <w:sz w:val="24"/>
                <w:szCs w:val="24"/>
              </w:rPr>
              <w:t xml:space="preserve"> vocabularului: permeabilitate, fertilitate, humus.</w:t>
            </w:r>
          </w:p>
        </w:tc>
        <w:tc>
          <w:tcPr>
            <w:tcW w:w="1339" w:type="dxa"/>
            <w:vAlign w:val="center"/>
          </w:tcPr>
          <w:p w14:paraId="7FD5380F" w14:textId="77777777" w:rsidR="00C23EA0" w:rsidRPr="00547C18" w:rsidRDefault="00000000">
            <w:pPr>
              <w:rPr>
                <w:rFonts w:cs="Times New Roman"/>
                <w:sz w:val="24"/>
                <w:szCs w:val="24"/>
              </w:rPr>
            </w:pPr>
            <w:r w:rsidRPr="00547C18">
              <w:rPr>
                <w:rFonts w:cs="Times New Roman"/>
                <w:sz w:val="24"/>
                <w:szCs w:val="24"/>
              </w:rPr>
              <w:lastRenderedPageBreak/>
              <w:t>Instrucțiun</w:t>
            </w:r>
            <w:r w:rsidRPr="00547C18">
              <w:rPr>
                <w:rFonts w:cs="Times New Roman"/>
                <w:sz w:val="24"/>
                <w:szCs w:val="24"/>
              </w:rPr>
              <w:lastRenderedPageBreak/>
              <w:t xml:space="preserve">ile clasei </w:t>
            </w:r>
            <w:proofErr w:type="gramStart"/>
            <w:r w:rsidRPr="00547C18">
              <w:rPr>
                <w:rFonts w:cs="Times New Roman"/>
                <w:sz w:val="24"/>
                <w:szCs w:val="24"/>
              </w:rPr>
              <w:t>a</w:t>
            </w:r>
            <w:proofErr w:type="gramEnd"/>
            <w:r w:rsidRPr="00547C18">
              <w:rPr>
                <w:rFonts w:cs="Times New Roman"/>
                <w:sz w:val="24"/>
                <w:szCs w:val="24"/>
              </w:rPr>
              <w:t xml:space="preserve"> IV-a sunt vizibile înainte de rotație.</w:t>
            </w:r>
          </w:p>
        </w:tc>
      </w:tr>
      <w:tr w:rsidR="00C23EA0" w:rsidRPr="00547C18" w14:paraId="08AFEC0B" w14:textId="77777777">
        <w:trPr>
          <w:jc w:val="center"/>
        </w:trPr>
        <w:tc>
          <w:tcPr>
            <w:tcW w:w="1339" w:type="dxa"/>
            <w:vAlign w:val="center"/>
          </w:tcPr>
          <w:p w14:paraId="45A21E35" w14:textId="77777777" w:rsidR="00C23EA0" w:rsidRPr="00547C18" w:rsidRDefault="00000000">
            <w:pPr>
              <w:rPr>
                <w:rFonts w:cs="Times New Roman"/>
                <w:sz w:val="24"/>
                <w:szCs w:val="24"/>
              </w:rPr>
            </w:pPr>
            <w:r w:rsidRPr="00547C18">
              <w:rPr>
                <w:rFonts w:cs="Times New Roman"/>
                <w:sz w:val="24"/>
                <w:szCs w:val="24"/>
              </w:rPr>
              <w:lastRenderedPageBreak/>
              <w:t>REALIZAREA SENSULUI</w:t>
            </w:r>
            <w:r w:rsidRPr="00547C18">
              <w:rPr>
                <w:rFonts w:cs="Times New Roman"/>
                <w:sz w:val="24"/>
                <w:szCs w:val="24"/>
              </w:rPr>
              <w:br/>
              <w:t>6–39 min</w:t>
            </w:r>
          </w:p>
        </w:tc>
        <w:tc>
          <w:tcPr>
            <w:tcW w:w="1339" w:type="dxa"/>
            <w:vAlign w:val="center"/>
          </w:tcPr>
          <w:p w14:paraId="776D9FEE" w14:textId="77777777" w:rsidR="00C23EA0" w:rsidRPr="00547C18" w:rsidRDefault="00000000">
            <w:pPr>
              <w:rPr>
                <w:rFonts w:cs="Times New Roman"/>
                <w:sz w:val="24"/>
                <w:szCs w:val="24"/>
              </w:rPr>
            </w:pPr>
            <w:r w:rsidRPr="00547C18">
              <w:rPr>
                <w:rFonts w:cs="Times New Roman"/>
                <w:sz w:val="24"/>
                <w:szCs w:val="24"/>
              </w:rPr>
              <w:t>OIII1–OIII3; OIV1–OIV4</w:t>
            </w:r>
          </w:p>
        </w:tc>
        <w:tc>
          <w:tcPr>
            <w:tcW w:w="1339" w:type="dxa"/>
            <w:vAlign w:val="center"/>
          </w:tcPr>
          <w:p w14:paraId="439D7502" w14:textId="77777777" w:rsidR="00C23EA0" w:rsidRPr="00547C18" w:rsidRDefault="00000000">
            <w:pPr>
              <w:rPr>
                <w:rFonts w:cs="Times New Roman"/>
                <w:sz w:val="24"/>
                <w:szCs w:val="24"/>
              </w:rPr>
            </w:pPr>
            <w:r w:rsidRPr="00547C18">
              <w:rPr>
                <w:rFonts w:cs="Times New Roman"/>
                <w:sz w:val="24"/>
                <w:szCs w:val="24"/>
              </w:rPr>
              <w:t>INDEPENDENT – completează tabelul: cernoziom / nisipos / argilos – culoare, permeabilitate, fertilitate; formulează: «Cel mai fertil este… deoarece…».</w:t>
            </w:r>
          </w:p>
        </w:tc>
        <w:tc>
          <w:tcPr>
            <w:tcW w:w="1339" w:type="dxa"/>
            <w:vAlign w:val="center"/>
          </w:tcPr>
          <w:p w14:paraId="0A9E97D6" w14:textId="77777777" w:rsidR="00C23EA0" w:rsidRPr="00547C18" w:rsidRDefault="00000000">
            <w:pPr>
              <w:rPr>
                <w:rFonts w:cs="Times New Roman"/>
                <w:sz w:val="24"/>
                <w:szCs w:val="24"/>
              </w:rPr>
            </w:pPr>
            <w:r w:rsidRPr="00547C18">
              <w:rPr>
                <w:rFonts w:cs="Times New Roman"/>
                <w:sz w:val="24"/>
                <w:szCs w:val="24"/>
              </w:rPr>
              <w:t xml:space="preserve">CU PROFESORUL – „Roata recapitulării”: corpuri din natură; corpul uman; etapele vieții; exploratori; inventatori și tehnologii; sănătate și siguranță online. </w:t>
            </w:r>
            <w:proofErr w:type="spellStart"/>
            <w:r w:rsidRPr="00547C18">
              <w:rPr>
                <w:rFonts w:cs="Times New Roman"/>
                <w:sz w:val="24"/>
                <w:szCs w:val="24"/>
                <w:lang w:val="fr-FR"/>
              </w:rPr>
              <w:t>Răspunsurile</w:t>
            </w:r>
            <w:proofErr w:type="spellEnd"/>
            <w:r w:rsidRPr="00547C18">
              <w:rPr>
                <w:rFonts w:cs="Times New Roman"/>
                <w:sz w:val="24"/>
                <w:szCs w:val="24"/>
                <w:lang w:val="fr-FR"/>
              </w:rPr>
              <w:t xml:space="preserve"> </w:t>
            </w:r>
            <w:proofErr w:type="spellStart"/>
            <w:r w:rsidRPr="00547C18">
              <w:rPr>
                <w:rFonts w:cs="Times New Roman"/>
                <w:sz w:val="24"/>
                <w:szCs w:val="24"/>
                <w:lang w:val="fr-FR"/>
              </w:rPr>
              <w:t>sunt</w:t>
            </w:r>
            <w:proofErr w:type="spellEnd"/>
            <w:r w:rsidRPr="00547C18">
              <w:rPr>
                <w:rFonts w:cs="Times New Roman"/>
                <w:sz w:val="24"/>
                <w:szCs w:val="24"/>
                <w:lang w:val="fr-FR"/>
              </w:rPr>
              <w:t xml:space="preserve"> </w:t>
            </w:r>
            <w:proofErr w:type="spellStart"/>
            <w:r w:rsidRPr="00547C18">
              <w:rPr>
                <w:rFonts w:cs="Times New Roman"/>
                <w:sz w:val="24"/>
                <w:szCs w:val="24"/>
                <w:lang w:val="fr-FR"/>
              </w:rPr>
              <w:t>dezvoltate</w:t>
            </w:r>
            <w:proofErr w:type="spellEnd"/>
            <w:r w:rsidRPr="00547C18">
              <w:rPr>
                <w:rFonts w:cs="Times New Roman"/>
                <w:sz w:val="24"/>
                <w:szCs w:val="24"/>
                <w:lang w:val="fr-FR"/>
              </w:rPr>
              <w:t xml:space="preserve"> </w:t>
            </w:r>
            <w:proofErr w:type="spellStart"/>
            <w:r w:rsidRPr="00547C18">
              <w:rPr>
                <w:rFonts w:cs="Times New Roman"/>
                <w:sz w:val="24"/>
                <w:szCs w:val="24"/>
                <w:lang w:val="fr-FR"/>
              </w:rPr>
              <w:t>prin</w:t>
            </w:r>
            <w:proofErr w:type="spellEnd"/>
            <w:r w:rsidRPr="00547C18">
              <w:rPr>
                <w:rFonts w:cs="Times New Roman"/>
                <w:sz w:val="24"/>
                <w:szCs w:val="24"/>
                <w:lang w:val="fr-FR"/>
              </w:rPr>
              <w:t xml:space="preserve"> </w:t>
            </w:r>
            <w:proofErr w:type="spellStart"/>
            <w:r w:rsidRPr="00547C18">
              <w:rPr>
                <w:rFonts w:cs="Times New Roman"/>
                <w:sz w:val="24"/>
                <w:szCs w:val="24"/>
                <w:lang w:val="fr-FR"/>
              </w:rPr>
              <w:t>întrebări</w:t>
            </w:r>
            <w:proofErr w:type="spellEnd"/>
            <w:r w:rsidRPr="00547C18">
              <w:rPr>
                <w:rFonts w:cs="Times New Roman"/>
                <w:sz w:val="24"/>
                <w:szCs w:val="24"/>
                <w:lang w:val="fr-FR"/>
              </w:rPr>
              <w:t xml:space="preserve"> de tip De </w:t>
            </w:r>
            <w:proofErr w:type="gramStart"/>
            <w:r w:rsidRPr="00547C18">
              <w:rPr>
                <w:rFonts w:cs="Times New Roman"/>
                <w:sz w:val="24"/>
                <w:szCs w:val="24"/>
                <w:lang w:val="fr-FR"/>
              </w:rPr>
              <w:t>ce?</w:t>
            </w:r>
            <w:proofErr w:type="gramEnd"/>
            <w:r w:rsidRPr="00547C18">
              <w:rPr>
                <w:rFonts w:cs="Times New Roman"/>
                <w:sz w:val="24"/>
                <w:szCs w:val="24"/>
                <w:lang w:val="fr-FR"/>
              </w:rPr>
              <w:t xml:space="preserve"> </w:t>
            </w:r>
            <w:proofErr w:type="gramStart"/>
            <w:r w:rsidRPr="00547C18">
              <w:rPr>
                <w:rFonts w:cs="Times New Roman"/>
                <w:sz w:val="24"/>
                <w:szCs w:val="24"/>
                <w:lang w:val="fr-FR"/>
              </w:rPr>
              <w:t>Cum?</w:t>
            </w:r>
            <w:proofErr w:type="gramEnd"/>
            <w:r w:rsidRPr="00547C18">
              <w:rPr>
                <w:rFonts w:cs="Times New Roman"/>
                <w:sz w:val="24"/>
                <w:szCs w:val="24"/>
                <w:lang w:val="fr-FR"/>
              </w:rPr>
              <w:t xml:space="preserve"> </w:t>
            </w:r>
            <w:r w:rsidRPr="00547C18">
              <w:rPr>
                <w:rFonts w:cs="Times New Roman"/>
                <w:sz w:val="24"/>
                <w:szCs w:val="24"/>
              </w:rPr>
              <w:t>Ce s-</w:t>
            </w:r>
            <w:proofErr w:type="spellStart"/>
            <w:r w:rsidRPr="00547C18">
              <w:rPr>
                <w:rFonts w:cs="Times New Roman"/>
                <w:sz w:val="24"/>
                <w:szCs w:val="24"/>
              </w:rPr>
              <w:t>ar</w:t>
            </w:r>
            <w:proofErr w:type="spellEnd"/>
            <w:r w:rsidRPr="00547C18">
              <w:rPr>
                <w:rFonts w:cs="Times New Roman"/>
                <w:sz w:val="24"/>
                <w:szCs w:val="24"/>
              </w:rPr>
              <w:t xml:space="preserve"> </w:t>
            </w:r>
            <w:proofErr w:type="spellStart"/>
            <w:r w:rsidRPr="00547C18">
              <w:rPr>
                <w:rFonts w:cs="Times New Roman"/>
                <w:sz w:val="24"/>
                <w:szCs w:val="24"/>
              </w:rPr>
              <w:t>întâmpla</w:t>
            </w:r>
            <w:proofErr w:type="spellEnd"/>
            <w:r w:rsidRPr="00547C18">
              <w:rPr>
                <w:rFonts w:cs="Times New Roman"/>
                <w:sz w:val="24"/>
                <w:szCs w:val="24"/>
              </w:rPr>
              <w:t xml:space="preserve"> </w:t>
            </w:r>
            <w:proofErr w:type="spellStart"/>
            <w:r w:rsidRPr="00547C18">
              <w:rPr>
                <w:rFonts w:cs="Times New Roman"/>
                <w:sz w:val="24"/>
                <w:szCs w:val="24"/>
              </w:rPr>
              <w:t>dacă</w:t>
            </w:r>
            <w:proofErr w:type="spellEnd"/>
            <w:r w:rsidRPr="00547C18">
              <w:rPr>
                <w:rFonts w:cs="Times New Roman"/>
                <w:sz w:val="24"/>
                <w:szCs w:val="24"/>
              </w:rPr>
              <w:t>…?</w:t>
            </w:r>
          </w:p>
        </w:tc>
        <w:tc>
          <w:tcPr>
            <w:tcW w:w="1339" w:type="dxa"/>
            <w:vAlign w:val="center"/>
          </w:tcPr>
          <w:p w14:paraId="01339283" w14:textId="77777777" w:rsidR="00C23EA0" w:rsidRPr="00547C18" w:rsidRDefault="00000000">
            <w:pPr>
              <w:rPr>
                <w:rFonts w:cs="Times New Roman"/>
                <w:sz w:val="24"/>
                <w:szCs w:val="24"/>
              </w:rPr>
            </w:pPr>
            <w:r w:rsidRPr="00547C18">
              <w:rPr>
                <w:rFonts w:cs="Times New Roman"/>
                <w:sz w:val="24"/>
                <w:szCs w:val="24"/>
              </w:rPr>
              <w:t>Directă – IV; independentă – III.</w:t>
            </w:r>
          </w:p>
        </w:tc>
        <w:tc>
          <w:tcPr>
            <w:tcW w:w="1339" w:type="dxa"/>
            <w:vAlign w:val="center"/>
          </w:tcPr>
          <w:p w14:paraId="32884DAF" w14:textId="77777777" w:rsidR="00C23EA0" w:rsidRPr="00547C18" w:rsidRDefault="00000000">
            <w:pPr>
              <w:rPr>
                <w:rFonts w:cs="Times New Roman"/>
                <w:sz w:val="24"/>
                <w:szCs w:val="24"/>
                <w:lang w:val="es-ES"/>
              </w:rPr>
            </w:pPr>
            <w:r w:rsidRPr="00547C18">
              <w:rPr>
                <w:rFonts w:cs="Times New Roman"/>
                <w:sz w:val="24"/>
                <w:szCs w:val="24"/>
                <w:lang w:val="es-ES"/>
              </w:rPr>
              <w:t>Conversația euristică, ingineria ideilor, argumentul; Anexa 4.</w:t>
            </w:r>
          </w:p>
        </w:tc>
        <w:tc>
          <w:tcPr>
            <w:tcW w:w="1339" w:type="dxa"/>
            <w:vAlign w:val="center"/>
          </w:tcPr>
          <w:p w14:paraId="3218FEDB" w14:textId="77777777" w:rsidR="00C23EA0" w:rsidRPr="00547C18" w:rsidRDefault="00000000">
            <w:pPr>
              <w:rPr>
                <w:rFonts w:cs="Times New Roman"/>
                <w:sz w:val="24"/>
                <w:szCs w:val="24"/>
              </w:rPr>
            </w:pPr>
            <w:r w:rsidRPr="00547C18">
              <w:rPr>
                <w:rFonts w:cs="Times New Roman"/>
                <w:sz w:val="24"/>
                <w:szCs w:val="24"/>
              </w:rPr>
              <w:t xml:space="preserve">Feedback </w:t>
            </w:r>
            <w:proofErr w:type="spellStart"/>
            <w:r w:rsidRPr="00547C18">
              <w:rPr>
                <w:rFonts w:cs="Times New Roman"/>
                <w:sz w:val="24"/>
                <w:szCs w:val="24"/>
              </w:rPr>
              <w:t>descriptiv</w:t>
            </w:r>
            <w:proofErr w:type="spellEnd"/>
            <w:r w:rsidRPr="00547C18">
              <w:rPr>
                <w:rFonts w:cs="Times New Roman"/>
                <w:sz w:val="24"/>
                <w:szCs w:val="24"/>
              </w:rPr>
              <w:t xml:space="preserve">; </w:t>
            </w:r>
            <w:proofErr w:type="spellStart"/>
            <w:r w:rsidRPr="00547C18">
              <w:rPr>
                <w:rFonts w:cs="Times New Roman"/>
                <w:sz w:val="24"/>
                <w:szCs w:val="24"/>
              </w:rPr>
              <w:t>corectare</w:t>
            </w:r>
            <w:proofErr w:type="spellEnd"/>
            <w:r w:rsidRPr="00547C18">
              <w:rPr>
                <w:rFonts w:cs="Times New Roman"/>
                <w:sz w:val="24"/>
                <w:szCs w:val="24"/>
              </w:rPr>
              <w:t xml:space="preserve"> </w:t>
            </w:r>
            <w:proofErr w:type="spellStart"/>
            <w:r w:rsidRPr="00547C18">
              <w:rPr>
                <w:rFonts w:cs="Times New Roman"/>
                <w:sz w:val="24"/>
                <w:szCs w:val="24"/>
              </w:rPr>
              <w:t>imediată</w:t>
            </w:r>
            <w:proofErr w:type="spellEnd"/>
            <w:r w:rsidRPr="00547C18">
              <w:rPr>
                <w:rFonts w:cs="Times New Roman"/>
                <w:sz w:val="24"/>
                <w:szCs w:val="24"/>
              </w:rPr>
              <w:t xml:space="preserve"> a confuziilor.</w:t>
            </w:r>
          </w:p>
        </w:tc>
        <w:tc>
          <w:tcPr>
            <w:tcW w:w="1339" w:type="dxa"/>
            <w:vAlign w:val="center"/>
          </w:tcPr>
          <w:p w14:paraId="03F5D318" w14:textId="77777777" w:rsidR="00C23EA0" w:rsidRPr="00547C18" w:rsidRDefault="00000000">
            <w:pPr>
              <w:rPr>
                <w:rFonts w:cs="Times New Roman"/>
                <w:sz w:val="24"/>
                <w:szCs w:val="24"/>
                <w:lang w:val="es-ES"/>
              </w:rPr>
            </w:pPr>
            <w:r w:rsidRPr="00547C18">
              <w:rPr>
                <w:rFonts w:cs="Times New Roman"/>
                <w:sz w:val="24"/>
                <w:szCs w:val="24"/>
                <w:lang w:val="es-ES"/>
              </w:rPr>
              <w:t>Clasa a III-a are un model de tabel completat parțial.</w:t>
            </w:r>
          </w:p>
        </w:tc>
      </w:tr>
      <w:tr w:rsidR="00C23EA0" w:rsidRPr="00547C18" w14:paraId="01105C5B" w14:textId="77777777">
        <w:trPr>
          <w:jc w:val="center"/>
        </w:trPr>
        <w:tc>
          <w:tcPr>
            <w:tcW w:w="1339" w:type="dxa"/>
            <w:vAlign w:val="center"/>
          </w:tcPr>
          <w:p w14:paraId="5FFF132F" w14:textId="77777777" w:rsidR="00C23EA0" w:rsidRPr="00547C18" w:rsidRDefault="00000000">
            <w:pPr>
              <w:rPr>
                <w:rFonts w:cs="Times New Roman"/>
                <w:sz w:val="24"/>
                <w:szCs w:val="24"/>
              </w:rPr>
            </w:pPr>
            <w:r w:rsidRPr="00547C18">
              <w:rPr>
                <w:rFonts w:cs="Times New Roman"/>
                <w:sz w:val="24"/>
                <w:szCs w:val="24"/>
              </w:rPr>
              <w:t>REALIZAREA SENSULUI</w:t>
            </w:r>
            <w:r w:rsidRPr="00547C18">
              <w:rPr>
                <w:rFonts w:cs="Times New Roman"/>
                <w:sz w:val="24"/>
                <w:szCs w:val="24"/>
              </w:rPr>
              <w:br/>
              <w:t>6–39 min</w:t>
            </w:r>
          </w:p>
        </w:tc>
        <w:tc>
          <w:tcPr>
            <w:tcW w:w="1339" w:type="dxa"/>
            <w:vAlign w:val="center"/>
          </w:tcPr>
          <w:p w14:paraId="578FE892" w14:textId="77777777" w:rsidR="00C23EA0" w:rsidRPr="00547C18" w:rsidRDefault="00000000">
            <w:pPr>
              <w:rPr>
                <w:rFonts w:cs="Times New Roman"/>
                <w:sz w:val="24"/>
                <w:szCs w:val="24"/>
              </w:rPr>
            </w:pPr>
            <w:r w:rsidRPr="00547C18">
              <w:rPr>
                <w:rFonts w:cs="Times New Roman"/>
                <w:sz w:val="24"/>
                <w:szCs w:val="24"/>
              </w:rPr>
              <w:t>OIII2–OIII4; OIV3–OIV5</w:t>
            </w:r>
          </w:p>
        </w:tc>
        <w:tc>
          <w:tcPr>
            <w:tcW w:w="1339" w:type="dxa"/>
            <w:vAlign w:val="center"/>
          </w:tcPr>
          <w:p w14:paraId="46DA202D" w14:textId="77777777" w:rsidR="00C23EA0" w:rsidRPr="00547C18" w:rsidRDefault="00000000">
            <w:pPr>
              <w:rPr>
                <w:rFonts w:cs="Times New Roman"/>
                <w:sz w:val="24"/>
                <w:szCs w:val="24"/>
                <w:lang w:val="es-ES"/>
              </w:rPr>
            </w:pPr>
            <w:r w:rsidRPr="00547C18">
              <w:rPr>
                <w:rFonts w:cs="Times New Roman"/>
                <w:sz w:val="24"/>
                <w:szCs w:val="24"/>
                <w:lang w:val="es-ES"/>
              </w:rPr>
              <w:t xml:space="preserve">CU PROFESORUL – experimentul „Cum prietenesc plantele și solul?”. Compară vas </w:t>
            </w:r>
            <w:r w:rsidRPr="00547C18">
              <w:rPr>
                <w:rFonts w:cs="Times New Roman"/>
                <w:sz w:val="24"/>
                <w:szCs w:val="24"/>
                <w:lang w:val="es-ES"/>
              </w:rPr>
              <w:lastRenderedPageBreak/>
              <w:t>cu plante și vas fără plante; toarnă apă și observă ce se spală. Concluzie: rădăcinile ajută la fixarea/protejarea solului.</w:t>
            </w:r>
          </w:p>
        </w:tc>
        <w:tc>
          <w:tcPr>
            <w:tcW w:w="1339" w:type="dxa"/>
            <w:vAlign w:val="center"/>
          </w:tcPr>
          <w:p w14:paraId="391130D8" w14:textId="77777777" w:rsidR="00C23EA0" w:rsidRPr="00547C18" w:rsidRDefault="00000000">
            <w:pPr>
              <w:rPr>
                <w:rFonts w:cs="Times New Roman"/>
                <w:sz w:val="24"/>
                <w:szCs w:val="24"/>
                <w:lang w:val="es-ES"/>
              </w:rPr>
            </w:pPr>
            <w:r w:rsidRPr="00547C18">
              <w:rPr>
                <w:rFonts w:cs="Times New Roman"/>
                <w:sz w:val="24"/>
                <w:szCs w:val="24"/>
                <w:lang w:val="es-ES"/>
              </w:rPr>
              <w:lastRenderedPageBreak/>
              <w:t xml:space="preserve">INDEPENDENT PE ECHIPE – Anexa 5: Naturaliștii (diversitatea naturii), Inventatorii (tehnologie și </w:t>
            </w:r>
            <w:r w:rsidRPr="00547C18">
              <w:rPr>
                <w:rFonts w:cs="Times New Roman"/>
                <w:sz w:val="24"/>
                <w:szCs w:val="24"/>
                <w:lang w:val="es-ES"/>
              </w:rPr>
              <w:lastRenderedPageBreak/>
              <w:t>siguranță), Omuleții (corpul uman și sănătatea), Exploratorii (jurnal triplu + întrebări de reporter).</w:t>
            </w:r>
          </w:p>
        </w:tc>
        <w:tc>
          <w:tcPr>
            <w:tcW w:w="1339" w:type="dxa"/>
            <w:vAlign w:val="center"/>
          </w:tcPr>
          <w:p w14:paraId="638BA7C8" w14:textId="77777777" w:rsidR="00C23EA0" w:rsidRPr="00547C18" w:rsidRDefault="00000000">
            <w:pPr>
              <w:rPr>
                <w:rFonts w:cs="Times New Roman"/>
                <w:sz w:val="24"/>
                <w:szCs w:val="24"/>
              </w:rPr>
            </w:pPr>
            <w:proofErr w:type="spellStart"/>
            <w:r w:rsidRPr="00547C18">
              <w:rPr>
                <w:rFonts w:cs="Times New Roman"/>
                <w:sz w:val="24"/>
                <w:szCs w:val="24"/>
              </w:rPr>
              <w:lastRenderedPageBreak/>
              <w:t>Directă</w:t>
            </w:r>
            <w:proofErr w:type="spellEnd"/>
            <w:r w:rsidRPr="00547C18">
              <w:rPr>
                <w:rFonts w:cs="Times New Roman"/>
                <w:sz w:val="24"/>
                <w:szCs w:val="24"/>
              </w:rPr>
              <w:t xml:space="preserve"> – III; </w:t>
            </w:r>
            <w:proofErr w:type="spellStart"/>
            <w:r w:rsidRPr="00547C18">
              <w:rPr>
                <w:rFonts w:cs="Times New Roman"/>
                <w:sz w:val="24"/>
                <w:szCs w:val="24"/>
              </w:rPr>
              <w:t>independentă</w:t>
            </w:r>
            <w:proofErr w:type="spellEnd"/>
            <w:r w:rsidRPr="00547C18">
              <w:rPr>
                <w:rFonts w:cs="Times New Roman"/>
                <w:sz w:val="24"/>
                <w:szCs w:val="24"/>
              </w:rPr>
              <w:t xml:space="preserve"> – IV.</w:t>
            </w:r>
          </w:p>
        </w:tc>
        <w:tc>
          <w:tcPr>
            <w:tcW w:w="1339" w:type="dxa"/>
            <w:vAlign w:val="center"/>
          </w:tcPr>
          <w:p w14:paraId="7FB09146" w14:textId="77777777" w:rsidR="00C23EA0" w:rsidRPr="00547C18" w:rsidRDefault="00000000">
            <w:pPr>
              <w:rPr>
                <w:rFonts w:cs="Times New Roman"/>
                <w:sz w:val="24"/>
                <w:szCs w:val="24"/>
                <w:lang w:val="es-ES"/>
              </w:rPr>
            </w:pPr>
            <w:r w:rsidRPr="00547C18">
              <w:rPr>
                <w:rFonts w:cs="Times New Roman"/>
                <w:sz w:val="24"/>
                <w:szCs w:val="24"/>
                <w:lang w:val="es-ES"/>
              </w:rPr>
              <w:t>Investigația, demonstrarea; lucru în grup, poster, jurnal triplu.</w:t>
            </w:r>
          </w:p>
        </w:tc>
        <w:tc>
          <w:tcPr>
            <w:tcW w:w="1339" w:type="dxa"/>
            <w:vAlign w:val="center"/>
          </w:tcPr>
          <w:p w14:paraId="33C220AB" w14:textId="77777777" w:rsidR="00C23EA0" w:rsidRPr="00547C18" w:rsidRDefault="00000000">
            <w:pPr>
              <w:rPr>
                <w:rFonts w:cs="Times New Roman"/>
                <w:sz w:val="24"/>
                <w:szCs w:val="24"/>
                <w:lang w:val="es-ES"/>
              </w:rPr>
            </w:pPr>
            <w:r w:rsidRPr="00547C18">
              <w:rPr>
                <w:rFonts w:cs="Times New Roman"/>
                <w:sz w:val="24"/>
                <w:szCs w:val="24"/>
                <w:lang w:val="es-ES"/>
              </w:rPr>
              <w:t>EFI: concluzie bazată pe observație; monitorizarea cooperării.</w:t>
            </w:r>
          </w:p>
        </w:tc>
        <w:tc>
          <w:tcPr>
            <w:tcW w:w="1339" w:type="dxa"/>
            <w:vAlign w:val="center"/>
          </w:tcPr>
          <w:p w14:paraId="396C0BE0" w14:textId="77777777" w:rsidR="00C23EA0" w:rsidRPr="00547C18" w:rsidRDefault="00000000">
            <w:pPr>
              <w:rPr>
                <w:rFonts w:cs="Times New Roman"/>
                <w:sz w:val="24"/>
                <w:szCs w:val="24"/>
              </w:rPr>
            </w:pPr>
            <w:proofErr w:type="spellStart"/>
            <w:r w:rsidRPr="00547C18">
              <w:rPr>
                <w:rFonts w:cs="Times New Roman"/>
                <w:sz w:val="24"/>
                <w:szCs w:val="24"/>
              </w:rPr>
              <w:t>Materialele</w:t>
            </w:r>
            <w:proofErr w:type="spellEnd"/>
            <w:r w:rsidRPr="00547C18">
              <w:rPr>
                <w:rFonts w:cs="Times New Roman"/>
                <w:sz w:val="24"/>
                <w:szCs w:val="24"/>
              </w:rPr>
              <w:t xml:space="preserve"> </w:t>
            </w:r>
            <w:proofErr w:type="spellStart"/>
            <w:r w:rsidRPr="00547C18">
              <w:rPr>
                <w:rFonts w:cs="Times New Roman"/>
                <w:sz w:val="24"/>
                <w:szCs w:val="24"/>
              </w:rPr>
              <w:t>echipelor</w:t>
            </w:r>
            <w:proofErr w:type="spellEnd"/>
            <w:r w:rsidRPr="00547C18">
              <w:rPr>
                <w:rFonts w:cs="Times New Roman"/>
                <w:sz w:val="24"/>
                <w:szCs w:val="24"/>
              </w:rPr>
              <w:t xml:space="preserve"> sunt </w:t>
            </w:r>
            <w:proofErr w:type="spellStart"/>
            <w:r w:rsidRPr="00547C18">
              <w:rPr>
                <w:rFonts w:cs="Times New Roman"/>
                <w:sz w:val="24"/>
                <w:szCs w:val="24"/>
              </w:rPr>
              <w:t>puse</w:t>
            </w:r>
            <w:proofErr w:type="spellEnd"/>
            <w:r w:rsidRPr="00547C18">
              <w:rPr>
                <w:rFonts w:cs="Times New Roman"/>
                <w:sz w:val="24"/>
                <w:szCs w:val="24"/>
              </w:rPr>
              <w:t xml:space="preserve"> în plicuri numerotate.</w:t>
            </w:r>
          </w:p>
        </w:tc>
      </w:tr>
      <w:tr w:rsidR="00C23EA0" w:rsidRPr="00547C18" w14:paraId="5A7BC7A4" w14:textId="77777777">
        <w:trPr>
          <w:jc w:val="center"/>
        </w:trPr>
        <w:tc>
          <w:tcPr>
            <w:tcW w:w="1339" w:type="dxa"/>
            <w:vAlign w:val="center"/>
          </w:tcPr>
          <w:p w14:paraId="6BB3C993" w14:textId="77777777" w:rsidR="00C23EA0" w:rsidRPr="00547C18" w:rsidRDefault="00000000">
            <w:pPr>
              <w:rPr>
                <w:rFonts w:cs="Times New Roman"/>
                <w:sz w:val="24"/>
                <w:szCs w:val="24"/>
              </w:rPr>
            </w:pPr>
            <w:r w:rsidRPr="00547C18">
              <w:rPr>
                <w:rFonts w:cs="Times New Roman"/>
                <w:sz w:val="24"/>
                <w:szCs w:val="24"/>
              </w:rPr>
              <w:t>REALIZAREA SENSULUI</w:t>
            </w:r>
            <w:r w:rsidRPr="00547C18">
              <w:rPr>
                <w:rFonts w:cs="Times New Roman"/>
                <w:sz w:val="24"/>
                <w:szCs w:val="24"/>
              </w:rPr>
              <w:br/>
              <w:t>6–39 min</w:t>
            </w:r>
          </w:p>
        </w:tc>
        <w:tc>
          <w:tcPr>
            <w:tcW w:w="1339" w:type="dxa"/>
            <w:vAlign w:val="center"/>
          </w:tcPr>
          <w:p w14:paraId="6B490749" w14:textId="77777777" w:rsidR="00C23EA0" w:rsidRPr="00547C18" w:rsidRDefault="00000000">
            <w:pPr>
              <w:rPr>
                <w:rFonts w:cs="Times New Roman"/>
                <w:sz w:val="24"/>
                <w:szCs w:val="24"/>
              </w:rPr>
            </w:pPr>
            <w:r w:rsidRPr="00547C18">
              <w:rPr>
                <w:rFonts w:cs="Times New Roman"/>
                <w:sz w:val="24"/>
                <w:szCs w:val="24"/>
              </w:rPr>
              <w:t>OIII4; OIV3–OIV5</w:t>
            </w:r>
          </w:p>
        </w:tc>
        <w:tc>
          <w:tcPr>
            <w:tcW w:w="1339" w:type="dxa"/>
            <w:vAlign w:val="center"/>
          </w:tcPr>
          <w:p w14:paraId="6BA95CB3" w14:textId="77777777" w:rsidR="00C23EA0" w:rsidRPr="00547C18" w:rsidRDefault="00000000">
            <w:pPr>
              <w:rPr>
                <w:rFonts w:cs="Times New Roman"/>
                <w:sz w:val="24"/>
                <w:szCs w:val="24"/>
              </w:rPr>
            </w:pPr>
            <w:r w:rsidRPr="00547C18">
              <w:rPr>
                <w:rFonts w:cs="Times New Roman"/>
                <w:sz w:val="24"/>
                <w:szCs w:val="24"/>
              </w:rPr>
              <w:t>INDEPENDENT – Anexa 2 «Gardianul solului»: Așa da/Așa nu; două situații-problemă; scrie două reguli de protejare a solului.</w:t>
            </w:r>
          </w:p>
        </w:tc>
        <w:tc>
          <w:tcPr>
            <w:tcW w:w="1339" w:type="dxa"/>
            <w:vAlign w:val="center"/>
          </w:tcPr>
          <w:p w14:paraId="5B562F7E" w14:textId="77777777" w:rsidR="00C23EA0" w:rsidRPr="00547C18" w:rsidRDefault="00000000">
            <w:pPr>
              <w:rPr>
                <w:rFonts w:cs="Times New Roman"/>
                <w:sz w:val="24"/>
                <w:szCs w:val="24"/>
              </w:rPr>
            </w:pPr>
            <w:r w:rsidRPr="00547C18">
              <w:rPr>
                <w:rFonts w:cs="Times New Roman"/>
                <w:sz w:val="24"/>
                <w:szCs w:val="24"/>
                <w:lang w:val="es-ES"/>
              </w:rPr>
              <w:t xml:space="preserve">CU PROFESORUL – prezentarea produselor de echipă. Criterii: respect cerința; prezint clar și succint; argumentez; formulez concluzie; folosesc limbaj științific. </w:t>
            </w:r>
            <w:r w:rsidRPr="00547C18">
              <w:rPr>
                <w:rFonts w:cs="Times New Roman"/>
                <w:sz w:val="24"/>
                <w:szCs w:val="24"/>
              </w:rPr>
              <w:t xml:space="preserve">Joc «De-a </w:t>
            </w:r>
            <w:proofErr w:type="spellStart"/>
            <w:r w:rsidRPr="00547C18">
              <w:rPr>
                <w:rFonts w:cs="Times New Roman"/>
                <w:sz w:val="24"/>
                <w:szCs w:val="24"/>
              </w:rPr>
              <w:t>reporterul</w:t>
            </w:r>
            <w:proofErr w:type="spellEnd"/>
            <w:r w:rsidRPr="00547C18">
              <w:rPr>
                <w:rFonts w:cs="Times New Roman"/>
                <w:sz w:val="24"/>
                <w:szCs w:val="24"/>
              </w:rPr>
              <w:t>».</w:t>
            </w:r>
          </w:p>
        </w:tc>
        <w:tc>
          <w:tcPr>
            <w:tcW w:w="1339" w:type="dxa"/>
            <w:vAlign w:val="center"/>
          </w:tcPr>
          <w:p w14:paraId="1468E757" w14:textId="77777777" w:rsidR="00C23EA0" w:rsidRPr="00547C18" w:rsidRDefault="00000000">
            <w:pPr>
              <w:rPr>
                <w:rFonts w:cs="Times New Roman"/>
                <w:sz w:val="24"/>
                <w:szCs w:val="24"/>
              </w:rPr>
            </w:pPr>
            <w:r w:rsidRPr="00547C18">
              <w:rPr>
                <w:rFonts w:cs="Times New Roman"/>
                <w:sz w:val="24"/>
                <w:szCs w:val="24"/>
              </w:rPr>
              <w:t>Directă – IV; independentă – III.</w:t>
            </w:r>
          </w:p>
        </w:tc>
        <w:tc>
          <w:tcPr>
            <w:tcW w:w="1339" w:type="dxa"/>
            <w:vAlign w:val="center"/>
          </w:tcPr>
          <w:p w14:paraId="177FC408" w14:textId="77777777" w:rsidR="00C23EA0" w:rsidRPr="00547C18" w:rsidRDefault="00000000">
            <w:pPr>
              <w:rPr>
                <w:rFonts w:cs="Times New Roman"/>
                <w:sz w:val="24"/>
                <w:szCs w:val="24"/>
              </w:rPr>
            </w:pPr>
            <w:r w:rsidRPr="00547C18">
              <w:rPr>
                <w:rFonts w:cs="Times New Roman"/>
                <w:sz w:val="24"/>
                <w:szCs w:val="24"/>
              </w:rPr>
              <w:t>Situația-problemă, joc didactic, reporterul, evaluare reciprocă.</w:t>
            </w:r>
          </w:p>
        </w:tc>
        <w:tc>
          <w:tcPr>
            <w:tcW w:w="1339" w:type="dxa"/>
            <w:vAlign w:val="center"/>
          </w:tcPr>
          <w:p w14:paraId="1B902F11" w14:textId="77777777" w:rsidR="00C23EA0" w:rsidRPr="00547C18" w:rsidRDefault="00000000">
            <w:pPr>
              <w:rPr>
                <w:rFonts w:cs="Times New Roman"/>
                <w:sz w:val="24"/>
                <w:szCs w:val="24"/>
                <w:lang w:val="es-ES"/>
              </w:rPr>
            </w:pPr>
            <w:r w:rsidRPr="00547C18">
              <w:rPr>
                <w:rFonts w:cs="Times New Roman"/>
                <w:sz w:val="24"/>
                <w:szCs w:val="24"/>
                <w:lang w:val="es-ES"/>
              </w:rPr>
              <w:t>EFP pentru produsele clasei a IV-a; verificare rapidă a fișei clasei a III-a.</w:t>
            </w:r>
          </w:p>
        </w:tc>
        <w:tc>
          <w:tcPr>
            <w:tcW w:w="1339" w:type="dxa"/>
            <w:vAlign w:val="center"/>
          </w:tcPr>
          <w:p w14:paraId="056A4F95" w14:textId="77777777" w:rsidR="00C23EA0" w:rsidRPr="00547C18" w:rsidRDefault="00000000">
            <w:pPr>
              <w:rPr>
                <w:rFonts w:cs="Times New Roman"/>
                <w:sz w:val="24"/>
                <w:szCs w:val="24"/>
              </w:rPr>
            </w:pPr>
            <w:r w:rsidRPr="00547C18">
              <w:rPr>
                <w:rFonts w:cs="Times New Roman"/>
                <w:sz w:val="24"/>
                <w:szCs w:val="24"/>
              </w:rPr>
              <w:t xml:space="preserve">Se </w:t>
            </w:r>
            <w:proofErr w:type="spellStart"/>
            <w:r w:rsidRPr="00547C18">
              <w:rPr>
                <w:rFonts w:cs="Times New Roman"/>
                <w:sz w:val="24"/>
                <w:szCs w:val="24"/>
              </w:rPr>
              <w:t>păstrează</w:t>
            </w:r>
            <w:proofErr w:type="spellEnd"/>
            <w:r w:rsidRPr="00547C18">
              <w:rPr>
                <w:rFonts w:cs="Times New Roman"/>
                <w:sz w:val="24"/>
                <w:szCs w:val="24"/>
              </w:rPr>
              <w:t xml:space="preserve"> </w:t>
            </w:r>
            <w:proofErr w:type="spellStart"/>
            <w:r w:rsidRPr="00547C18">
              <w:rPr>
                <w:rFonts w:cs="Times New Roman"/>
                <w:sz w:val="24"/>
                <w:szCs w:val="24"/>
              </w:rPr>
              <w:t>ritmul</w:t>
            </w:r>
            <w:proofErr w:type="spellEnd"/>
            <w:r w:rsidRPr="00547C18">
              <w:rPr>
                <w:rFonts w:cs="Times New Roman"/>
                <w:sz w:val="24"/>
                <w:szCs w:val="24"/>
              </w:rPr>
              <w:t xml:space="preserve"> </w:t>
            </w:r>
            <w:proofErr w:type="spellStart"/>
            <w:r w:rsidRPr="00547C18">
              <w:rPr>
                <w:rFonts w:cs="Times New Roman"/>
                <w:sz w:val="24"/>
                <w:szCs w:val="24"/>
              </w:rPr>
              <w:t>prin</w:t>
            </w:r>
            <w:proofErr w:type="spellEnd"/>
            <w:r w:rsidRPr="00547C18">
              <w:rPr>
                <w:rFonts w:cs="Times New Roman"/>
                <w:sz w:val="24"/>
                <w:szCs w:val="24"/>
              </w:rPr>
              <w:t xml:space="preserve"> prezentări de maximum 1 minut/echipă.</w:t>
            </w:r>
          </w:p>
        </w:tc>
      </w:tr>
      <w:tr w:rsidR="00C23EA0" w:rsidRPr="00547C18" w14:paraId="46079B4D" w14:textId="77777777">
        <w:trPr>
          <w:jc w:val="center"/>
        </w:trPr>
        <w:tc>
          <w:tcPr>
            <w:tcW w:w="1339" w:type="dxa"/>
            <w:vAlign w:val="center"/>
          </w:tcPr>
          <w:p w14:paraId="59A6C77A" w14:textId="77777777" w:rsidR="00C23EA0" w:rsidRPr="00547C18" w:rsidRDefault="00000000">
            <w:pPr>
              <w:rPr>
                <w:rFonts w:cs="Times New Roman"/>
                <w:sz w:val="24"/>
                <w:szCs w:val="24"/>
              </w:rPr>
            </w:pPr>
            <w:r w:rsidRPr="00547C18">
              <w:rPr>
                <w:rFonts w:cs="Times New Roman"/>
                <w:sz w:val="24"/>
                <w:szCs w:val="24"/>
              </w:rPr>
              <w:t>REFLECȚIE</w:t>
            </w:r>
            <w:r w:rsidRPr="00547C18">
              <w:rPr>
                <w:rFonts w:cs="Times New Roman"/>
                <w:sz w:val="24"/>
                <w:szCs w:val="24"/>
              </w:rPr>
              <w:br/>
              <w:t>39–43 min</w:t>
            </w:r>
          </w:p>
        </w:tc>
        <w:tc>
          <w:tcPr>
            <w:tcW w:w="1339" w:type="dxa"/>
            <w:vAlign w:val="center"/>
          </w:tcPr>
          <w:p w14:paraId="6E3F788C" w14:textId="77777777" w:rsidR="00C23EA0" w:rsidRPr="00547C18" w:rsidRDefault="00000000">
            <w:pPr>
              <w:rPr>
                <w:rFonts w:cs="Times New Roman"/>
                <w:sz w:val="24"/>
                <w:szCs w:val="24"/>
              </w:rPr>
            </w:pPr>
            <w:r w:rsidRPr="00547C18">
              <w:rPr>
                <w:rFonts w:cs="Times New Roman"/>
                <w:sz w:val="24"/>
                <w:szCs w:val="24"/>
              </w:rPr>
              <w:t>OIII1–OIII4; OIV1–OIV5</w:t>
            </w:r>
          </w:p>
        </w:tc>
        <w:tc>
          <w:tcPr>
            <w:tcW w:w="1339" w:type="dxa"/>
            <w:vAlign w:val="center"/>
          </w:tcPr>
          <w:p w14:paraId="14007BE9" w14:textId="77777777" w:rsidR="00C23EA0" w:rsidRPr="00547C18" w:rsidRDefault="00000000">
            <w:pPr>
              <w:rPr>
                <w:rFonts w:cs="Times New Roman"/>
                <w:sz w:val="24"/>
                <w:szCs w:val="24"/>
                <w:lang w:val="es-ES"/>
              </w:rPr>
            </w:pPr>
            <w:r w:rsidRPr="00547C18">
              <w:rPr>
                <w:rFonts w:cs="Times New Roman"/>
                <w:sz w:val="24"/>
                <w:szCs w:val="24"/>
                <w:lang w:val="es-ES"/>
              </w:rPr>
              <w:t>„Rădăcina cunoașterii”: alege un cartonaș și completează: «Solul este…», «Am demonstrat că…», «Protejez solul când…».</w:t>
            </w:r>
          </w:p>
        </w:tc>
        <w:tc>
          <w:tcPr>
            <w:tcW w:w="1339" w:type="dxa"/>
            <w:vAlign w:val="center"/>
          </w:tcPr>
          <w:p w14:paraId="719E6698" w14:textId="77777777" w:rsidR="00C23EA0" w:rsidRPr="00547C18" w:rsidRDefault="00000000">
            <w:pPr>
              <w:rPr>
                <w:rFonts w:cs="Times New Roman"/>
                <w:sz w:val="24"/>
                <w:szCs w:val="24"/>
                <w:lang w:val="es-ES"/>
              </w:rPr>
            </w:pPr>
            <w:r w:rsidRPr="00547C18">
              <w:rPr>
                <w:rFonts w:cs="Times New Roman"/>
                <w:sz w:val="24"/>
                <w:szCs w:val="24"/>
                <w:lang w:val="es-ES"/>
              </w:rPr>
              <w:t>„Coroana cunoașterii”: completează: «Omul este parte a naturii deoarece…», «O invenție este utilă când…», «Pentru sănătatea mea…».</w:t>
            </w:r>
          </w:p>
        </w:tc>
        <w:tc>
          <w:tcPr>
            <w:tcW w:w="1339" w:type="dxa"/>
            <w:vAlign w:val="center"/>
          </w:tcPr>
          <w:p w14:paraId="64D2C3F6" w14:textId="77777777" w:rsidR="00C23EA0" w:rsidRPr="00547C18" w:rsidRDefault="00000000">
            <w:pPr>
              <w:rPr>
                <w:rFonts w:cs="Times New Roman"/>
                <w:sz w:val="24"/>
                <w:szCs w:val="24"/>
              </w:rPr>
            </w:pPr>
            <w:r w:rsidRPr="00547C18">
              <w:rPr>
                <w:rFonts w:cs="Times New Roman"/>
                <w:sz w:val="24"/>
                <w:szCs w:val="24"/>
              </w:rPr>
              <w:t xml:space="preserve">Frontal – </w:t>
            </w:r>
            <w:proofErr w:type="spellStart"/>
            <w:r w:rsidRPr="00547C18">
              <w:rPr>
                <w:rFonts w:cs="Times New Roman"/>
                <w:sz w:val="24"/>
                <w:szCs w:val="24"/>
              </w:rPr>
              <w:t>ambele</w:t>
            </w:r>
            <w:proofErr w:type="spellEnd"/>
            <w:r w:rsidRPr="00547C18">
              <w:rPr>
                <w:rFonts w:cs="Times New Roman"/>
                <w:sz w:val="24"/>
                <w:szCs w:val="24"/>
              </w:rPr>
              <w:t xml:space="preserve"> </w:t>
            </w:r>
            <w:proofErr w:type="spellStart"/>
            <w:r w:rsidRPr="00547C18">
              <w:rPr>
                <w:rFonts w:cs="Times New Roman"/>
                <w:sz w:val="24"/>
                <w:szCs w:val="24"/>
              </w:rPr>
              <w:t>clase</w:t>
            </w:r>
            <w:proofErr w:type="spellEnd"/>
            <w:r w:rsidRPr="00547C18">
              <w:rPr>
                <w:rFonts w:cs="Times New Roman"/>
                <w:sz w:val="24"/>
                <w:szCs w:val="24"/>
              </w:rPr>
              <w:t>.</w:t>
            </w:r>
          </w:p>
        </w:tc>
        <w:tc>
          <w:tcPr>
            <w:tcW w:w="1339" w:type="dxa"/>
            <w:vAlign w:val="center"/>
          </w:tcPr>
          <w:p w14:paraId="04B4A031" w14:textId="77777777" w:rsidR="00C23EA0" w:rsidRPr="00547C18" w:rsidRDefault="00000000">
            <w:pPr>
              <w:rPr>
                <w:rFonts w:cs="Times New Roman"/>
                <w:sz w:val="24"/>
                <w:szCs w:val="24"/>
              </w:rPr>
            </w:pPr>
            <w:r w:rsidRPr="00547C18">
              <w:rPr>
                <w:rFonts w:cs="Times New Roman"/>
                <w:sz w:val="24"/>
                <w:szCs w:val="24"/>
              </w:rPr>
              <w:t>Metafora copacului, conversația, cartonașe-rădăcini/frunze.</w:t>
            </w:r>
          </w:p>
        </w:tc>
        <w:tc>
          <w:tcPr>
            <w:tcW w:w="1339" w:type="dxa"/>
            <w:vAlign w:val="center"/>
          </w:tcPr>
          <w:p w14:paraId="207239E4" w14:textId="77777777" w:rsidR="00C23EA0" w:rsidRPr="00547C18" w:rsidRDefault="00000000">
            <w:pPr>
              <w:rPr>
                <w:rFonts w:cs="Times New Roman"/>
                <w:sz w:val="24"/>
                <w:szCs w:val="24"/>
              </w:rPr>
            </w:pPr>
            <w:r w:rsidRPr="00547C18">
              <w:rPr>
                <w:rFonts w:cs="Times New Roman"/>
                <w:sz w:val="24"/>
                <w:szCs w:val="24"/>
              </w:rPr>
              <w:t>Autoevaluare și feedback colegial.</w:t>
            </w:r>
          </w:p>
        </w:tc>
        <w:tc>
          <w:tcPr>
            <w:tcW w:w="1339" w:type="dxa"/>
            <w:vAlign w:val="center"/>
          </w:tcPr>
          <w:p w14:paraId="59239B3F" w14:textId="77777777" w:rsidR="00C23EA0" w:rsidRPr="00547C18" w:rsidRDefault="00000000">
            <w:pPr>
              <w:rPr>
                <w:rFonts w:cs="Times New Roman"/>
                <w:sz w:val="24"/>
                <w:szCs w:val="24"/>
                <w:lang w:val="es-ES"/>
              </w:rPr>
            </w:pPr>
            <w:r w:rsidRPr="00547C18">
              <w:rPr>
                <w:rFonts w:cs="Times New Roman"/>
                <w:sz w:val="24"/>
                <w:szCs w:val="24"/>
                <w:lang w:val="es-ES"/>
              </w:rPr>
              <w:t>Produsele celor două clase formează un singur „Copac al cunoașterii”.</w:t>
            </w:r>
          </w:p>
        </w:tc>
      </w:tr>
      <w:tr w:rsidR="00C23EA0" w:rsidRPr="00547C18" w14:paraId="16335493" w14:textId="77777777">
        <w:trPr>
          <w:jc w:val="center"/>
        </w:trPr>
        <w:tc>
          <w:tcPr>
            <w:tcW w:w="1339" w:type="dxa"/>
            <w:vAlign w:val="center"/>
          </w:tcPr>
          <w:p w14:paraId="2CDDA387" w14:textId="77777777" w:rsidR="00C23EA0" w:rsidRPr="00547C18" w:rsidRDefault="00000000">
            <w:pPr>
              <w:rPr>
                <w:rFonts w:cs="Times New Roman"/>
                <w:sz w:val="24"/>
                <w:szCs w:val="24"/>
              </w:rPr>
            </w:pPr>
            <w:r w:rsidRPr="00547C18">
              <w:rPr>
                <w:rFonts w:cs="Times New Roman"/>
                <w:sz w:val="24"/>
                <w:szCs w:val="24"/>
              </w:rPr>
              <w:t>EXTENSIE</w:t>
            </w:r>
            <w:r w:rsidRPr="00547C18">
              <w:rPr>
                <w:rFonts w:cs="Times New Roman"/>
                <w:sz w:val="24"/>
                <w:szCs w:val="24"/>
              </w:rPr>
              <w:br/>
              <w:t>43–45 min</w:t>
            </w:r>
          </w:p>
        </w:tc>
        <w:tc>
          <w:tcPr>
            <w:tcW w:w="1339" w:type="dxa"/>
            <w:vAlign w:val="center"/>
          </w:tcPr>
          <w:p w14:paraId="4DD7419E" w14:textId="77777777" w:rsidR="00C23EA0" w:rsidRPr="00547C18" w:rsidRDefault="00000000">
            <w:pPr>
              <w:rPr>
                <w:rFonts w:cs="Times New Roman"/>
                <w:sz w:val="24"/>
                <w:szCs w:val="24"/>
              </w:rPr>
            </w:pPr>
            <w:r w:rsidRPr="00547C18">
              <w:rPr>
                <w:rFonts w:cs="Times New Roman"/>
                <w:sz w:val="24"/>
                <w:szCs w:val="24"/>
              </w:rPr>
              <w:t>OIII4; OIV4</w:t>
            </w:r>
          </w:p>
        </w:tc>
        <w:tc>
          <w:tcPr>
            <w:tcW w:w="1339" w:type="dxa"/>
            <w:vAlign w:val="center"/>
          </w:tcPr>
          <w:p w14:paraId="55FD207D" w14:textId="77777777" w:rsidR="00C23EA0" w:rsidRPr="00547C18" w:rsidRDefault="00000000">
            <w:pPr>
              <w:rPr>
                <w:rFonts w:cs="Times New Roman"/>
                <w:sz w:val="24"/>
                <w:szCs w:val="24"/>
              </w:rPr>
            </w:pPr>
            <w:r w:rsidRPr="00547C18">
              <w:rPr>
                <w:rFonts w:cs="Times New Roman"/>
                <w:sz w:val="24"/>
                <w:szCs w:val="24"/>
              </w:rPr>
              <w:t xml:space="preserve">Plus–Minus–Wow: ce activitate mi-a plăcut? unde am avut dificultăți? ce m-a surprins? Temă: pagină </w:t>
            </w:r>
            <w:r w:rsidRPr="00547C18">
              <w:rPr>
                <w:rFonts w:cs="Times New Roman"/>
                <w:sz w:val="24"/>
                <w:szCs w:val="24"/>
              </w:rPr>
              <w:lastRenderedPageBreak/>
              <w:t>de portofoliu – «Dicționarul unității Aerul, apa, solul», cu 6 termeni.</w:t>
            </w:r>
          </w:p>
        </w:tc>
        <w:tc>
          <w:tcPr>
            <w:tcW w:w="1339" w:type="dxa"/>
            <w:vAlign w:val="center"/>
          </w:tcPr>
          <w:p w14:paraId="6AD4504C" w14:textId="77777777" w:rsidR="00C23EA0" w:rsidRPr="00547C18" w:rsidRDefault="00000000">
            <w:pPr>
              <w:rPr>
                <w:rFonts w:cs="Times New Roman"/>
                <w:sz w:val="24"/>
                <w:szCs w:val="24"/>
                <w:lang w:val="es-ES"/>
              </w:rPr>
            </w:pPr>
            <w:r w:rsidRPr="00547C18">
              <w:rPr>
                <w:rFonts w:cs="Times New Roman"/>
                <w:sz w:val="24"/>
                <w:szCs w:val="24"/>
                <w:lang w:val="es-ES"/>
              </w:rPr>
              <w:lastRenderedPageBreak/>
              <w:t xml:space="preserve">Plus–Minus–Wow. Temă: realizează un blazon al familiei / al omului ca parte a naturii, cu 4 </w:t>
            </w:r>
            <w:r w:rsidRPr="00547C18">
              <w:rPr>
                <w:rFonts w:cs="Times New Roman"/>
                <w:sz w:val="24"/>
                <w:szCs w:val="24"/>
                <w:lang w:val="es-ES"/>
              </w:rPr>
              <w:lastRenderedPageBreak/>
              <w:t>simboluri și explicații scurte.</w:t>
            </w:r>
          </w:p>
        </w:tc>
        <w:tc>
          <w:tcPr>
            <w:tcW w:w="1339" w:type="dxa"/>
            <w:vAlign w:val="center"/>
          </w:tcPr>
          <w:p w14:paraId="6E195B3C" w14:textId="77777777" w:rsidR="00C23EA0" w:rsidRPr="00547C18" w:rsidRDefault="00000000">
            <w:pPr>
              <w:rPr>
                <w:rFonts w:cs="Times New Roman"/>
                <w:sz w:val="24"/>
                <w:szCs w:val="24"/>
              </w:rPr>
            </w:pPr>
            <w:r w:rsidRPr="00547C18">
              <w:rPr>
                <w:rFonts w:cs="Times New Roman"/>
                <w:sz w:val="24"/>
                <w:szCs w:val="24"/>
              </w:rPr>
              <w:lastRenderedPageBreak/>
              <w:t xml:space="preserve">Frontal, </w:t>
            </w:r>
            <w:proofErr w:type="spellStart"/>
            <w:r w:rsidRPr="00547C18">
              <w:rPr>
                <w:rFonts w:cs="Times New Roman"/>
                <w:sz w:val="24"/>
                <w:szCs w:val="24"/>
              </w:rPr>
              <w:t>apoi</w:t>
            </w:r>
            <w:proofErr w:type="spellEnd"/>
            <w:r w:rsidRPr="00547C18">
              <w:rPr>
                <w:rFonts w:cs="Times New Roman"/>
                <w:sz w:val="24"/>
                <w:szCs w:val="24"/>
              </w:rPr>
              <w:t xml:space="preserve"> individual.</w:t>
            </w:r>
          </w:p>
        </w:tc>
        <w:tc>
          <w:tcPr>
            <w:tcW w:w="1339" w:type="dxa"/>
            <w:vAlign w:val="center"/>
          </w:tcPr>
          <w:p w14:paraId="5DCDEEBA" w14:textId="77777777" w:rsidR="00C23EA0" w:rsidRPr="00547C18" w:rsidRDefault="00000000">
            <w:pPr>
              <w:rPr>
                <w:rFonts w:cs="Times New Roman"/>
                <w:sz w:val="24"/>
                <w:szCs w:val="24"/>
                <w:lang w:val="fr-FR"/>
              </w:rPr>
            </w:pPr>
            <w:r w:rsidRPr="00547C18">
              <w:rPr>
                <w:rFonts w:cs="Times New Roman"/>
                <w:sz w:val="24"/>
                <w:szCs w:val="24"/>
                <w:lang w:val="fr-FR"/>
              </w:rPr>
              <w:t>Plus–Minus–</w:t>
            </w:r>
            <w:proofErr w:type="gramStart"/>
            <w:r w:rsidRPr="00547C18">
              <w:rPr>
                <w:rFonts w:cs="Times New Roman"/>
                <w:sz w:val="24"/>
                <w:szCs w:val="24"/>
                <w:lang w:val="fr-FR"/>
              </w:rPr>
              <w:t>Wow;</w:t>
            </w:r>
            <w:proofErr w:type="gramEnd"/>
            <w:r w:rsidRPr="00547C18">
              <w:rPr>
                <w:rFonts w:cs="Times New Roman"/>
                <w:sz w:val="24"/>
                <w:szCs w:val="24"/>
                <w:lang w:val="fr-FR"/>
              </w:rPr>
              <w:t xml:space="preserve"> </w:t>
            </w:r>
            <w:proofErr w:type="spellStart"/>
            <w:r w:rsidRPr="00547C18">
              <w:rPr>
                <w:rFonts w:cs="Times New Roman"/>
                <w:sz w:val="24"/>
                <w:szCs w:val="24"/>
                <w:lang w:val="fr-FR"/>
              </w:rPr>
              <w:t>bilet</w:t>
            </w:r>
            <w:proofErr w:type="spellEnd"/>
            <w:r w:rsidRPr="00547C18">
              <w:rPr>
                <w:rFonts w:cs="Times New Roman"/>
                <w:sz w:val="24"/>
                <w:szCs w:val="24"/>
                <w:lang w:val="fr-FR"/>
              </w:rPr>
              <w:t xml:space="preserve"> de </w:t>
            </w:r>
            <w:proofErr w:type="spellStart"/>
            <w:r w:rsidRPr="00547C18">
              <w:rPr>
                <w:rFonts w:cs="Times New Roman"/>
                <w:sz w:val="24"/>
                <w:szCs w:val="24"/>
                <w:lang w:val="fr-FR"/>
              </w:rPr>
              <w:t>ieșire</w:t>
            </w:r>
            <w:proofErr w:type="spellEnd"/>
            <w:r w:rsidRPr="00547C18">
              <w:rPr>
                <w:rFonts w:cs="Times New Roman"/>
                <w:sz w:val="24"/>
                <w:szCs w:val="24"/>
                <w:lang w:val="fr-FR"/>
              </w:rPr>
              <w:t>.</w:t>
            </w:r>
          </w:p>
        </w:tc>
        <w:tc>
          <w:tcPr>
            <w:tcW w:w="1339" w:type="dxa"/>
            <w:vAlign w:val="center"/>
          </w:tcPr>
          <w:p w14:paraId="404C3EFF" w14:textId="77777777" w:rsidR="00C23EA0" w:rsidRPr="00547C18" w:rsidRDefault="00000000">
            <w:pPr>
              <w:rPr>
                <w:rFonts w:cs="Times New Roman"/>
                <w:sz w:val="24"/>
                <w:szCs w:val="24"/>
              </w:rPr>
            </w:pPr>
            <w:proofErr w:type="spellStart"/>
            <w:r w:rsidRPr="00547C18">
              <w:rPr>
                <w:rFonts w:cs="Times New Roman"/>
                <w:sz w:val="24"/>
                <w:szCs w:val="24"/>
              </w:rPr>
              <w:t>Autoevaluare</w:t>
            </w:r>
            <w:proofErr w:type="spellEnd"/>
            <w:r w:rsidRPr="00547C18">
              <w:rPr>
                <w:rFonts w:cs="Times New Roman"/>
                <w:sz w:val="24"/>
                <w:szCs w:val="24"/>
              </w:rPr>
              <w:t xml:space="preserve"> </w:t>
            </w:r>
            <w:proofErr w:type="spellStart"/>
            <w:r w:rsidRPr="00547C18">
              <w:rPr>
                <w:rFonts w:cs="Times New Roman"/>
                <w:sz w:val="24"/>
                <w:szCs w:val="24"/>
              </w:rPr>
              <w:t>finală</w:t>
            </w:r>
            <w:proofErr w:type="spellEnd"/>
            <w:r w:rsidRPr="00547C18">
              <w:rPr>
                <w:rFonts w:cs="Times New Roman"/>
                <w:sz w:val="24"/>
                <w:szCs w:val="24"/>
              </w:rPr>
              <w:t>.</w:t>
            </w:r>
          </w:p>
        </w:tc>
        <w:tc>
          <w:tcPr>
            <w:tcW w:w="1339" w:type="dxa"/>
            <w:vAlign w:val="center"/>
          </w:tcPr>
          <w:p w14:paraId="481985EB" w14:textId="77777777" w:rsidR="00C23EA0" w:rsidRPr="00547C18" w:rsidRDefault="00000000">
            <w:pPr>
              <w:rPr>
                <w:rFonts w:cs="Times New Roman"/>
                <w:sz w:val="24"/>
                <w:szCs w:val="24"/>
              </w:rPr>
            </w:pPr>
            <w:r w:rsidRPr="00547C18">
              <w:rPr>
                <w:rFonts w:cs="Times New Roman"/>
                <w:sz w:val="24"/>
                <w:szCs w:val="24"/>
              </w:rPr>
              <w:t>Temele păstrează ideile proiectelor-sursă și sunt diferențiate.</w:t>
            </w:r>
          </w:p>
        </w:tc>
      </w:tr>
    </w:tbl>
    <w:p w14:paraId="055147E4" w14:textId="77777777" w:rsidR="00547C18" w:rsidRDefault="00547C18" w:rsidP="00547C18">
      <w:pPr>
        <w:rPr>
          <w:rFonts w:cs="Times New Roman"/>
          <w:b/>
          <w:color w:val="1F4E79"/>
          <w:sz w:val="24"/>
          <w:szCs w:val="24"/>
          <w:lang w:val="es-ES"/>
        </w:rPr>
      </w:pPr>
    </w:p>
    <w:p w14:paraId="1768C5D9" w14:textId="77777777" w:rsidR="00547C18" w:rsidRDefault="00547C18" w:rsidP="00547C18">
      <w:pPr>
        <w:rPr>
          <w:rFonts w:cs="Times New Roman"/>
          <w:b/>
          <w:color w:val="1F4E79"/>
          <w:sz w:val="24"/>
          <w:szCs w:val="24"/>
          <w:lang w:val="es-ES"/>
        </w:rPr>
      </w:pPr>
    </w:p>
    <w:p w14:paraId="66A94BF2" w14:textId="77777777" w:rsidR="00547C18" w:rsidRDefault="00547C18" w:rsidP="00547C18">
      <w:pPr>
        <w:rPr>
          <w:rFonts w:cs="Times New Roman"/>
          <w:b/>
          <w:color w:val="1F4E79"/>
          <w:sz w:val="24"/>
          <w:szCs w:val="24"/>
          <w:lang w:val="es-ES"/>
        </w:rPr>
      </w:pPr>
    </w:p>
    <w:p w14:paraId="573D545F" w14:textId="77777777" w:rsidR="00547C18" w:rsidRDefault="00547C18" w:rsidP="00547C18">
      <w:pPr>
        <w:rPr>
          <w:rFonts w:cs="Times New Roman"/>
          <w:b/>
          <w:color w:val="1F4E79"/>
          <w:sz w:val="24"/>
          <w:szCs w:val="24"/>
          <w:lang w:val="es-ES"/>
        </w:rPr>
      </w:pPr>
    </w:p>
    <w:p w14:paraId="6EF5371C" w14:textId="77777777" w:rsidR="00547C18" w:rsidRDefault="00547C18" w:rsidP="00547C18">
      <w:pPr>
        <w:rPr>
          <w:rFonts w:cs="Times New Roman"/>
          <w:b/>
          <w:color w:val="1F4E79"/>
          <w:sz w:val="24"/>
          <w:szCs w:val="24"/>
          <w:lang w:val="es-ES"/>
        </w:rPr>
      </w:pPr>
    </w:p>
    <w:p w14:paraId="2D4E800B" w14:textId="77777777" w:rsidR="00547C18" w:rsidRDefault="00547C18" w:rsidP="00547C18">
      <w:pPr>
        <w:rPr>
          <w:rFonts w:cs="Times New Roman"/>
          <w:b/>
          <w:color w:val="1F4E79"/>
          <w:sz w:val="24"/>
          <w:szCs w:val="24"/>
          <w:lang w:val="es-ES"/>
        </w:rPr>
      </w:pPr>
    </w:p>
    <w:p w14:paraId="19B0517B" w14:textId="77777777" w:rsidR="00547C18" w:rsidRDefault="00547C18" w:rsidP="00547C18">
      <w:pPr>
        <w:rPr>
          <w:rFonts w:cs="Times New Roman"/>
          <w:b/>
          <w:color w:val="1F4E79"/>
          <w:sz w:val="24"/>
          <w:szCs w:val="24"/>
          <w:lang w:val="es-ES"/>
        </w:rPr>
      </w:pPr>
    </w:p>
    <w:p w14:paraId="5F091742" w14:textId="77777777" w:rsidR="00547C18" w:rsidRDefault="00547C18" w:rsidP="00547C18">
      <w:pPr>
        <w:rPr>
          <w:rFonts w:cs="Times New Roman"/>
          <w:b/>
          <w:color w:val="1F4E79"/>
          <w:sz w:val="24"/>
          <w:szCs w:val="24"/>
          <w:lang w:val="es-ES"/>
        </w:rPr>
      </w:pPr>
    </w:p>
    <w:p w14:paraId="50C2EE47" w14:textId="77777777" w:rsidR="00547C18" w:rsidRDefault="00547C18" w:rsidP="00547C18">
      <w:pPr>
        <w:rPr>
          <w:rFonts w:cs="Times New Roman"/>
          <w:b/>
          <w:color w:val="1F4E79"/>
          <w:sz w:val="24"/>
          <w:szCs w:val="24"/>
          <w:lang w:val="es-ES"/>
        </w:rPr>
      </w:pPr>
    </w:p>
    <w:p w14:paraId="53912470" w14:textId="77777777" w:rsidR="00547C18" w:rsidRDefault="00547C18" w:rsidP="00547C18">
      <w:pPr>
        <w:rPr>
          <w:rFonts w:cs="Times New Roman"/>
          <w:b/>
          <w:color w:val="1F4E79"/>
          <w:sz w:val="24"/>
          <w:szCs w:val="24"/>
          <w:lang w:val="es-ES"/>
        </w:rPr>
      </w:pPr>
    </w:p>
    <w:p w14:paraId="7BE1A60E" w14:textId="77777777" w:rsidR="00547C18" w:rsidRDefault="00547C18" w:rsidP="00547C18">
      <w:pPr>
        <w:rPr>
          <w:rFonts w:cs="Times New Roman"/>
          <w:b/>
          <w:color w:val="1F4E79"/>
          <w:sz w:val="24"/>
          <w:szCs w:val="24"/>
          <w:lang w:val="es-ES"/>
        </w:rPr>
      </w:pPr>
    </w:p>
    <w:p w14:paraId="63B5A28A" w14:textId="77777777" w:rsidR="00547C18" w:rsidRDefault="00547C18" w:rsidP="00547C18">
      <w:pPr>
        <w:rPr>
          <w:rFonts w:cs="Times New Roman"/>
          <w:b/>
          <w:color w:val="1F4E79"/>
          <w:sz w:val="24"/>
          <w:szCs w:val="24"/>
          <w:lang w:val="es-ES"/>
        </w:rPr>
      </w:pPr>
    </w:p>
    <w:p w14:paraId="3127790D" w14:textId="77777777" w:rsidR="00547C18" w:rsidRDefault="00547C18" w:rsidP="00547C18">
      <w:pPr>
        <w:rPr>
          <w:rFonts w:cs="Times New Roman"/>
          <w:b/>
          <w:color w:val="1F4E79"/>
          <w:sz w:val="24"/>
          <w:szCs w:val="24"/>
          <w:lang w:val="es-ES"/>
        </w:rPr>
      </w:pPr>
    </w:p>
    <w:p w14:paraId="24C466FF" w14:textId="77777777" w:rsidR="00547C18" w:rsidRDefault="00547C18" w:rsidP="00547C18">
      <w:pPr>
        <w:rPr>
          <w:rFonts w:cs="Times New Roman"/>
          <w:b/>
          <w:color w:val="1F4E79"/>
          <w:sz w:val="24"/>
          <w:szCs w:val="24"/>
          <w:lang w:val="es-ES"/>
        </w:rPr>
      </w:pPr>
    </w:p>
    <w:p w14:paraId="04A2CD21" w14:textId="77777777" w:rsidR="00547C18" w:rsidRDefault="00547C18" w:rsidP="00547C18">
      <w:pPr>
        <w:rPr>
          <w:rFonts w:cs="Times New Roman"/>
          <w:b/>
          <w:color w:val="1F4E79"/>
          <w:sz w:val="24"/>
          <w:szCs w:val="24"/>
          <w:lang w:val="es-ES"/>
        </w:rPr>
      </w:pPr>
    </w:p>
    <w:p w14:paraId="59F1CD37" w14:textId="77777777" w:rsidR="00547C18" w:rsidRDefault="00547C18" w:rsidP="00547C18">
      <w:pPr>
        <w:rPr>
          <w:rFonts w:cs="Times New Roman"/>
          <w:b/>
          <w:color w:val="1F4E79"/>
          <w:sz w:val="24"/>
          <w:szCs w:val="24"/>
          <w:lang w:val="es-ES"/>
        </w:rPr>
      </w:pPr>
    </w:p>
    <w:p w14:paraId="2D4F6D79" w14:textId="77777777" w:rsidR="00547C18" w:rsidRDefault="00547C18" w:rsidP="00547C18">
      <w:pPr>
        <w:rPr>
          <w:rFonts w:cs="Times New Roman"/>
          <w:b/>
          <w:color w:val="1F4E79"/>
          <w:sz w:val="24"/>
          <w:szCs w:val="24"/>
          <w:lang w:val="es-ES"/>
        </w:rPr>
      </w:pPr>
    </w:p>
    <w:p w14:paraId="18B7E575" w14:textId="77777777" w:rsidR="00547C18" w:rsidRDefault="00547C18" w:rsidP="00547C18">
      <w:pPr>
        <w:rPr>
          <w:rFonts w:cs="Times New Roman"/>
          <w:b/>
          <w:color w:val="1F4E79"/>
          <w:sz w:val="24"/>
          <w:szCs w:val="24"/>
          <w:lang w:val="es-ES"/>
        </w:rPr>
      </w:pPr>
    </w:p>
    <w:p w14:paraId="79B4273B" w14:textId="77777777" w:rsidR="00547C18" w:rsidRDefault="00547C18" w:rsidP="00547C18">
      <w:pPr>
        <w:rPr>
          <w:rFonts w:cs="Times New Roman"/>
          <w:b/>
          <w:color w:val="1F4E79"/>
          <w:sz w:val="24"/>
          <w:szCs w:val="24"/>
          <w:lang w:val="es-ES"/>
        </w:rPr>
      </w:pPr>
    </w:p>
    <w:p w14:paraId="581F3A41" w14:textId="77777777" w:rsidR="00547C18" w:rsidRDefault="00547C18" w:rsidP="00547C18">
      <w:pPr>
        <w:rPr>
          <w:rFonts w:cs="Times New Roman"/>
          <w:b/>
          <w:color w:val="1F4E79"/>
          <w:sz w:val="24"/>
          <w:szCs w:val="24"/>
          <w:lang w:val="es-ES"/>
        </w:rPr>
      </w:pPr>
    </w:p>
    <w:p w14:paraId="527AE8A5" w14:textId="77777777" w:rsidR="00547C18" w:rsidRDefault="00547C18" w:rsidP="00547C18">
      <w:pPr>
        <w:rPr>
          <w:rFonts w:cs="Times New Roman"/>
          <w:b/>
          <w:color w:val="1F4E79"/>
          <w:sz w:val="24"/>
          <w:szCs w:val="24"/>
          <w:lang w:val="es-ES"/>
        </w:rPr>
      </w:pPr>
    </w:p>
    <w:p w14:paraId="26A45437" w14:textId="77777777" w:rsidR="00547C18" w:rsidRDefault="00547C18" w:rsidP="00547C18">
      <w:pPr>
        <w:rPr>
          <w:rFonts w:cs="Times New Roman"/>
          <w:b/>
          <w:color w:val="1F4E79"/>
          <w:sz w:val="24"/>
          <w:szCs w:val="24"/>
          <w:lang w:val="es-ES"/>
        </w:rPr>
      </w:pPr>
    </w:p>
    <w:p w14:paraId="6372B0B3" w14:textId="77777777" w:rsidR="00547C18" w:rsidRDefault="00547C18" w:rsidP="00547C18">
      <w:pPr>
        <w:rPr>
          <w:rFonts w:cs="Times New Roman"/>
          <w:b/>
          <w:color w:val="1F4E79"/>
          <w:sz w:val="24"/>
          <w:szCs w:val="24"/>
          <w:lang w:val="es-ES"/>
        </w:rPr>
      </w:pPr>
    </w:p>
    <w:p w14:paraId="6EC24F4F" w14:textId="77777777" w:rsidR="00547C18" w:rsidRDefault="00547C18" w:rsidP="00547C18">
      <w:pPr>
        <w:rPr>
          <w:rFonts w:cs="Times New Roman"/>
          <w:b/>
          <w:color w:val="1F4E79"/>
          <w:sz w:val="24"/>
          <w:szCs w:val="24"/>
          <w:lang w:val="es-ES"/>
        </w:rPr>
      </w:pPr>
    </w:p>
    <w:p w14:paraId="7BCDD523" w14:textId="3516AE97" w:rsidR="00547C18" w:rsidRPr="00547C18" w:rsidRDefault="00000000" w:rsidP="00547C18">
      <w:pPr>
        <w:rPr>
          <w:rFonts w:eastAsia="Times New Roman" w:cs="Times New Roman"/>
          <w:b/>
          <w:bCs/>
          <w:noProof/>
          <w:color w:val="244B36"/>
          <w:sz w:val="24"/>
          <w:szCs w:val="24"/>
          <w:lang w:val="es-ES"/>
        </w:rPr>
      </w:pPr>
      <w:r w:rsidRPr="00547C18">
        <w:rPr>
          <w:rFonts w:cs="Times New Roman"/>
          <w:b/>
          <w:color w:val="1F4E79"/>
          <w:sz w:val="24"/>
          <w:szCs w:val="24"/>
          <w:lang w:val="es-ES"/>
        </w:rPr>
        <w:lastRenderedPageBreak/>
        <w:t>7. Fișe de lucru diferențiate</w:t>
      </w:r>
      <w:r w:rsidR="00547C18" w:rsidRPr="00547C18">
        <w:rPr>
          <w:rFonts w:cs="Times New Roman"/>
          <w:b/>
          <w:color w:val="1F4E79"/>
          <w:sz w:val="24"/>
          <w:szCs w:val="24"/>
          <w:lang w:val="es-ES"/>
        </w:rPr>
        <w:t xml:space="preserve"> </w:t>
      </w:r>
    </w:p>
    <w:p w14:paraId="4A405AD3" w14:textId="4F153638" w:rsidR="00C23EA0" w:rsidRDefault="00547C18">
      <w:pPr>
        <w:spacing w:before="120" w:after="80"/>
        <w:rPr>
          <w:rFonts w:eastAsia="Times New Roman" w:cs="Times New Roman"/>
          <w:b/>
          <w:bCs/>
          <w:noProof/>
          <w:color w:val="244B36"/>
          <w:sz w:val="24"/>
          <w:szCs w:val="24"/>
        </w:rPr>
      </w:pPr>
      <w:r w:rsidRPr="00547C18">
        <w:rPr>
          <w:rFonts w:eastAsia="Times New Roman" w:cs="Times New Roman"/>
          <w:b/>
          <w:bCs/>
          <w:noProof/>
          <w:color w:val="244B36"/>
          <w:sz w:val="24"/>
          <w:szCs w:val="24"/>
        </w:rPr>
        <w:drawing>
          <wp:inline distT="0" distB="0" distL="0" distR="0" wp14:anchorId="38C5C152" wp14:editId="60F2EAF8">
            <wp:extent cx="6669405" cy="8582527"/>
            <wp:effectExtent l="0" t="0" r="0" b="9525"/>
            <wp:docPr id="20978866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02420" cy="8625012"/>
                    </a:xfrm>
                    <a:prstGeom prst="rect">
                      <a:avLst/>
                    </a:prstGeom>
                    <a:ln/>
                  </pic:spPr>
                </pic:pic>
              </a:graphicData>
            </a:graphic>
          </wp:inline>
        </w:drawing>
      </w:r>
    </w:p>
    <w:p w14:paraId="7B2A3E8A" w14:textId="5561D1AC" w:rsidR="00547C18" w:rsidRDefault="00547C18">
      <w:pPr>
        <w:spacing w:after="80"/>
        <w:rPr>
          <w:rFonts w:cs="Times New Roman"/>
          <w:sz w:val="24"/>
          <w:szCs w:val="24"/>
          <w:lang w:val="fr-FR"/>
        </w:rPr>
      </w:pPr>
      <w:r>
        <w:rPr>
          <w:rFonts w:cs="Times New Roman"/>
          <w:noProof/>
          <w:sz w:val="24"/>
          <w:szCs w:val="24"/>
          <w:lang w:val="fr-FR"/>
        </w:rPr>
        <w:lastRenderedPageBreak/>
        <w:drawing>
          <wp:inline distT="0" distB="0" distL="0" distR="0" wp14:anchorId="5A8295EA" wp14:editId="54B8B397">
            <wp:extent cx="6747510" cy="8983579"/>
            <wp:effectExtent l="0" t="0" r="0" b="8255"/>
            <wp:docPr id="154723123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8626" cy="9011693"/>
                    </a:xfrm>
                    <a:prstGeom prst="rect">
                      <a:avLst/>
                    </a:prstGeom>
                    <a:noFill/>
                  </pic:spPr>
                </pic:pic>
              </a:graphicData>
            </a:graphic>
          </wp:inline>
        </w:drawing>
      </w:r>
    </w:p>
    <w:p w14:paraId="0E87AE35" w14:textId="5552E42E" w:rsidR="00F23287" w:rsidRDefault="00F23287" w:rsidP="00F23287">
      <w:pPr>
        <w:rPr>
          <w:rFonts w:cs="Times New Roman"/>
          <w:sz w:val="24"/>
          <w:szCs w:val="24"/>
          <w:lang w:val="fr-FR"/>
        </w:rPr>
      </w:pPr>
      <w:r w:rsidRPr="00547C18">
        <w:rPr>
          <w:rFonts w:eastAsia="Times New Roman" w:cs="Times New Roman"/>
          <w:b/>
          <w:bCs/>
          <w:noProof/>
          <w:color w:val="244B36"/>
          <w:sz w:val="24"/>
          <w:szCs w:val="24"/>
        </w:rPr>
        <w:lastRenderedPageBreak/>
        <w:drawing>
          <wp:inline distT="0" distB="0" distL="0" distR="0" wp14:anchorId="42B8697F" wp14:editId="19484AC7">
            <wp:extent cx="6881495" cy="8726905"/>
            <wp:effectExtent l="0" t="0" r="0" b="0"/>
            <wp:docPr id="209788668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6888422" cy="8735690"/>
                    </a:xfrm>
                    <a:prstGeom prst="rect">
                      <a:avLst/>
                    </a:prstGeom>
                    <a:ln/>
                  </pic:spPr>
                </pic:pic>
              </a:graphicData>
            </a:graphic>
          </wp:inline>
        </w:drawing>
      </w:r>
    </w:p>
    <w:p w14:paraId="3768861E" w14:textId="77777777" w:rsidR="00F23287" w:rsidRDefault="00F23287" w:rsidP="00F23287">
      <w:pPr>
        <w:rPr>
          <w:rFonts w:cs="Times New Roman"/>
          <w:sz w:val="24"/>
          <w:szCs w:val="24"/>
          <w:lang w:val="fr-FR"/>
        </w:rPr>
      </w:pPr>
    </w:p>
    <w:p w14:paraId="2ABBC45E" w14:textId="34AB114E" w:rsidR="00F23287" w:rsidRDefault="00F23287" w:rsidP="00F23287">
      <w:pPr>
        <w:rPr>
          <w:rFonts w:cs="Times New Roman"/>
          <w:sz w:val="24"/>
          <w:szCs w:val="24"/>
          <w:lang w:val="fr-FR"/>
        </w:rPr>
      </w:pPr>
      <w:r w:rsidRPr="00547C18">
        <w:rPr>
          <w:rFonts w:eastAsia="Times New Roman" w:cs="Times New Roman"/>
          <w:b/>
          <w:bCs/>
          <w:noProof/>
          <w:color w:val="244B36"/>
          <w:sz w:val="24"/>
          <w:szCs w:val="24"/>
        </w:rPr>
        <w:lastRenderedPageBreak/>
        <w:drawing>
          <wp:inline distT="0" distB="0" distL="0" distR="0" wp14:anchorId="21C399F5" wp14:editId="67F5FD74">
            <wp:extent cx="6772275" cy="8948738"/>
            <wp:effectExtent l="0" t="0" r="0" b="0"/>
            <wp:docPr id="20978866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72275" cy="8948738"/>
                    </a:xfrm>
                    <a:prstGeom prst="rect">
                      <a:avLst/>
                    </a:prstGeom>
                    <a:ln/>
                  </pic:spPr>
                </pic:pic>
              </a:graphicData>
            </a:graphic>
          </wp:inline>
        </w:drawing>
      </w:r>
    </w:p>
    <w:p w14:paraId="75EFC866" w14:textId="4563C2E0" w:rsidR="00F23287" w:rsidRPr="00F23287" w:rsidRDefault="00F23287" w:rsidP="00F23287">
      <w:pPr>
        <w:rPr>
          <w:rFonts w:cs="Times New Roman"/>
          <w:sz w:val="24"/>
          <w:szCs w:val="24"/>
          <w:lang w:val="fr-FR"/>
        </w:rPr>
      </w:pPr>
      <w:r w:rsidRPr="00547C18">
        <w:rPr>
          <w:rFonts w:eastAsia="Times New Roman" w:cs="Times New Roman"/>
          <w:b/>
          <w:bCs/>
          <w:noProof/>
          <w:color w:val="244B36"/>
          <w:sz w:val="24"/>
          <w:szCs w:val="24"/>
        </w:rPr>
        <w:lastRenderedPageBreak/>
        <w:drawing>
          <wp:inline distT="0" distB="0" distL="0" distR="0" wp14:anchorId="1F37E1EB" wp14:editId="4C53E7CC">
            <wp:extent cx="6752967" cy="8807116"/>
            <wp:effectExtent l="0" t="0" r="0" b="0"/>
            <wp:docPr id="20978866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6756014" cy="8811090"/>
                    </a:xfrm>
                    <a:prstGeom prst="rect">
                      <a:avLst/>
                    </a:prstGeom>
                    <a:ln/>
                  </pic:spPr>
                </pic:pic>
              </a:graphicData>
            </a:graphic>
          </wp:inline>
        </w:drawing>
      </w:r>
    </w:p>
    <w:p w14:paraId="0C2951C1" w14:textId="6DC5DA49" w:rsidR="00C23EA0" w:rsidRPr="00547C18" w:rsidRDefault="00547C18">
      <w:pPr>
        <w:spacing w:after="80"/>
        <w:rPr>
          <w:rFonts w:cs="Times New Roman"/>
          <w:sz w:val="24"/>
          <w:szCs w:val="24"/>
        </w:rPr>
      </w:pPr>
      <w:r w:rsidRPr="00547C18">
        <w:rPr>
          <w:rFonts w:eastAsia="Times New Roman" w:cs="Times New Roman"/>
          <w:b/>
          <w:bCs/>
          <w:noProof/>
          <w:color w:val="244B36"/>
          <w:sz w:val="24"/>
          <w:szCs w:val="24"/>
        </w:rPr>
        <w:lastRenderedPageBreak/>
        <w:drawing>
          <wp:inline distT="0" distB="0" distL="0" distR="0" wp14:anchorId="0F3D93A0" wp14:editId="388B3BC6">
            <wp:extent cx="6681470" cy="8807116"/>
            <wp:effectExtent l="0" t="0" r="5080" b="0"/>
            <wp:docPr id="209788669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6682691" cy="8808726"/>
                    </a:xfrm>
                    <a:prstGeom prst="rect">
                      <a:avLst/>
                    </a:prstGeom>
                    <a:ln/>
                  </pic:spPr>
                </pic:pic>
              </a:graphicData>
            </a:graphic>
          </wp:inline>
        </w:drawing>
      </w:r>
      <w:r w:rsidRPr="00547C18">
        <w:rPr>
          <w:rFonts w:cs="Times New Roman"/>
          <w:sz w:val="24"/>
          <w:szCs w:val="24"/>
        </w:rPr>
        <w:t xml:space="preserve"> </w:t>
      </w:r>
    </w:p>
    <w:p w14:paraId="22674F6B" w14:textId="77777777" w:rsidR="00F23287" w:rsidRDefault="00F23287">
      <w:pPr>
        <w:spacing w:before="120" w:after="80"/>
        <w:rPr>
          <w:rFonts w:cs="Times New Roman"/>
          <w:b/>
          <w:color w:val="1F4E79"/>
          <w:sz w:val="24"/>
          <w:szCs w:val="24"/>
        </w:rPr>
      </w:pPr>
    </w:p>
    <w:p w14:paraId="33128BBF" w14:textId="49F04A83" w:rsidR="00C23EA0" w:rsidRPr="00547C18" w:rsidRDefault="00000000">
      <w:pPr>
        <w:spacing w:before="120" w:after="80"/>
        <w:rPr>
          <w:rFonts w:cs="Times New Roman"/>
          <w:sz w:val="24"/>
          <w:szCs w:val="24"/>
        </w:rPr>
      </w:pPr>
      <w:r w:rsidRPr="00547C18">
        <w:rPr>
          <w:rFonts w:cs="Times New Roman"/>
          <w:b/>
          <w:color w:val="1F4E79"/>
          <w:sz w:val="24"/>
          <w:szCs w:val="24"/>
        </w:rPr>
        <w:lastRenderedPageBreak/>
        <w:t>8. Criterii de succes</w:t>
      </w:r>
    </w:p>
    <w:tbl>
      <w:tblPr>
        <w:tblStyle w:val="Tabelgril"/>
        <w:tblW w:w="0" w:type="auto"/>
        <w:jc w:val="center"/>
        <w:tblLook w:val="04A0" w:firstRow="1" w:lastRow="0" w:firstColumn="1" w:lastColumn="0" w:noHBand="0" w:noVBand="1"/>
      </w:tblPr>
      <w:tblGrid>
        <w:gridCol w:w="3570"/>
        <w:gridCol w:w="3570"/>
        <w:gridCol w:w="3570"/>
      </w:tblGrid>
      <w:tr w:rsidR="00C23EA0" w:rsidRPr="00547C18" w14:paraId="70FC0D36" w14:textId="77777777">
        <w:trPr>
          <w:jc w:val="center"/>
        </w:trPr>
        <w:tc>
          <w:tcPr>
            <w:tcW w:w="3570" w:type="dxa"/>
            <w:shd w:val="clear" w:color="auto" w:fill="D9EAF7"/>
            <w:vAlign w:val="center"/>
          </w:tcPr>
          <w:p w14:paraId="6987EF88" w14:textId="77777777" w:rsidR="00C23EA0" w:rsidRPr="00547C18" w:rsidRDefault="00000000">
            <w:pPr>
              <w:rPr>
                <w:rFonts w:cs="Times New Roman"/>
                <w:sz w:val="24"/>
                <w:szCs w:val="24"/>
              </w:rPr>
            </w:pPr>
            <w:r w:rsidRPr="00547C18">
              <w:rPr>
                <w:rFonts w:cs="Times New Roman"/>
                <w:b/>
                <w:sz w:val="24"/>
                <w:szCs w:val="24"/>
              </w:rPr>
              <w:t>Clasa</w:t>
            </w:r>
          </w:p>
        </w:tc>
        <w:tc>
          <w:tcPr>
            <w:tcW w:w="3570" w:type="dxa"/>
            <w:shd w:val="clear" w:color="auto" w:fill="D9EAF7"/>
            <w:vAlign w:val="center"/>
          </w:tcPr>
          <w:p w14:paraId="1EFD29BF" w14:textId="77777777" w:rsidR="00C23EA0" w:rsidRPr="00547C18" w:rsidRDefault="00000000">
            <w:pPr>
              <w:rPr>
                <w:rFonts w:cs="Times New Roman"/>
                <w:sz w:val="24"/>
                <w:szCs w:val="24"/>
              </w:rPr>
            </w:pPr>
            <w:r w:rsidRPr="00547C18">
              <w:rPr>
                <w:rFonts w:cs="Times New Roman"/>
                <w:b/>
                <w:sz w:val="24"/>
                <w:szCs w:val="24"/>
              </w:rPr>
              <w:t>Criterii de succes pentru elevi</w:t>
            </w:r>
          </w:p>
        </w:tc>
        <w:tc>
          <w:tcPr>
            <w:tcW w:w="3570" w:type="dxa"/>
            <w:shd w:val="clear" w:color="auto" w:fill="D9EAF7"/>
            <w:vAlign w:val="center"/>
          </w:tcPr>
          <w:p w14:paraId="71374918" w14:textId="77777777" w:rsidR="00C23EA0" w:rsidRPr="00547C18" w:rsidRDefault="00000000">
            <w:pPr>
              <w:rPr>
                <w:rFonts w:cs="Times New Roman"/>
                <w:sz w:val="24"/>
                <w:szCs w:val="24"/>
              </w:rPr>
            </w:pPr>
            <w:r w:rsidRPr="00547C18">
              <w:rPr>
                <w:rFonts w:cs="Times New Roman"/>
                <w:b/>
                <w:sz w:val="24"/>
                <w:szCs w:val="24"/>
              </w:rPr>
              <w:t>Ce observă profesorul</w:t>
            </w:r>
          </w:p>
        </w:tc>
      </w:tr>
      <w:tr w:rsidR="00C23EA0" w:rsidRPr="00547C18" w14:paraId="49DD7EF9" w14:textId="77777777">
        <w:trPr>
          <w:jc w:val="center"/>
        </w:trPr>
        <w:tc>
          <w:tcPr>
            <w:tcW w:w="3570" w:type="dxa"/>
            <w:vAlign w:val="center"/>
          </w:tcPr>
          <w:p w14:paraId="1093B540" w14:textId="77777777" w:rsidR="00C23EA0" w:rsidRPr="00547C18" w:rsidRDefault="00000000">
            <w:pPr>
              <w:rPr>
                <w:rFonts w:cs="Times New Roman"/>
                <w:sz w:val="24"/>
                <w:szCs w:val="24"/>
              </w:rPr>
            </w:pPr>
            <w:r w:rsidRPr="00547C18">
              <w:rPr>
                <w:rFonts w:cs="Times New Roman"/>
                <w:sz w:val="24"/>
                <w:szCs w:val="24"/>
              </w:rPr>
              <w:t>Clasa a III-a</w:t>
            </w:r>
          </w:p>
        </w:tc>
        <w:tc>
          <w:tcPr>
            <w:tcW w:w="3570" w:type="dxa"/>
            <w:vAlign w:val="center"/>
          </w:tcPr>
          <w:p w14:paraId="0D9D09A2" w14:textId="77777777" w:rsidR="00C23EA0" w:rsidRPr="00547C18" w:rsidRDefault="00000000">
            <w:pPr>
              <w:rPr>
                <w:rFonts w:cs="Times New Roman"/>
                <w:sz w:val="24"/>
                <w:szCs w:val="24"/>
              </w:rPr>
            </w:pPr>
            <w:r w:rsidRPr="00547C18">
              <w:rPr>
                <w:rFonts w:cs="Times New Roman"/>
                <w:sz w:val="24"/>
                <w:szCs w:val="24"/>
                <w:lang w:val="fr-FR"/>
              </w:rPr>
              <w:t xml:space="preserve">• </w:t>
            </w:r>
            <w:proofErr w:type="spellStart"/>
            <w:r w:rsidRPr="00547C18">
              <w:rPr>
                <w:rFonts w:cs="Times New Roman"/>
                <w:sz w:val="24"/>
                <w:szCs w:val="24"/>
                <w:lang w:val="fr-FR"/>
              </w:rPr>
              <w:t>Identific</w:t>
            </w:r>
            <w:proofErr w:type="spellEnd"/>
            <w:r w:rsidRPr="00547C18">
              <w:rPr>
                <w:rFonts w:cs="Times New Roman"/>
                <w:sz w:val="24"/>
                <w:szCs w:val="24"/>
                <w:lang w:val="fr-FR"/>
              </w:rPr>
              <w:t xml:space="preserve"> </w:t>
            </w:r>
            <w:proofErr w:type="spellStart"/>
            <w:r w:rsidRPr="00547C18">
              <w:rPr>
                <w:rFonts w:cs="Times New Roman"/>
                <w:sz w:val="24"/>
                <w:szCs w:val="24"/>
                <w:lang w:val="fr-FR"/>
              </w:rPr>
              <w:t>tipul</w:t>
            </w:r>
            <w:proofErr w:type="spellEnd"/>
            <w:r w:rsidRPr="00547C18">
              <w:rPr>
                <w:rFonts w:cs="Times New Roman"/>
                <w:sz w:val="24"/>
                <w:szCs w:val="24"/>
                <w:lang w:val="fr-FR"/>
              </w:rPr>
              <w:t xml:space="preserve"> de sol </w:t>
            </w:r>
            <w:proofErr w:type="spellStart"/>
            <w:r w:rsidRPr="00547C18">
              <w:rPr>
                <w:rFonts w:cs="Times New Roman"/>
                <w:sz w:val="24"/>
                <w:szCs w:val="24"/>
                <w:lang w:val="fr-FR"/>
              </w:rPr>
              <w:t>după</w:t>
            </w:r>
            <w:proofErr w:type="spellEnd"/>
            <w:r w:rsidRPr="00547C18">
              <w:rPr>
                <w:rFonts w:cs="Times New Roman"/>
                <w:sz w:val="24"/>
                <w:szCs w:val="24"/>
                <w:lang w:val="fr-FR"/>
              </w:rPr>
              <w:t xml:space="preserve"> </w:t>
            </w:r>
            <w:proofErr w:type="spellStart"/>
            <w:r w:rsidRPr="00547C18">
              <w:rPr>
                <w:rFonts w:cs="Times New Roman"/>
                <w:sz w:val="24"/>
                <w:szCs w:val="24"/>
                <w:lang w:val="fr-FR"/>
              </w:rPr>
              <w:t>proprietăți</w:t>
            </w:r>
            <w:proofErr w:type="spellEnd"/>
            <w:r w:rsidRPr="00547C18">
              <w:rPr>
                <w:rFonts w:cs="Times New Roman"/>
                <w:sz w:val="24"/>
                <w:szCs w:val="24"/>
                <w:lang w:val="fr-FR"/>
              </w:rPr>
              <w:t xml:space="preserve"> </w:t>
            </w:r>
            <w:proofErr w:type="spellStart"/>
            <w:r w:rsidRPr="00547C18">
              <w:rPr>
                <w:rFonts w:cs="Times New Roman"/>
                <w:sz w:val="24"/>
                <w:szCs w:val="24"/>
                <w:lang w:val="fr-FR"/>
              </w:rPr>
              <w:t>observabile</w:t>
            </w:r>
            <w:proofErr w:type="spellEnd"/>
            <w:r w:rsidRPr="00547C18">
              <w:rPr>
                <w:rFonts w:cs="Times New Roman"/>
                <w:sz w:val="24"/>
                <w:szCs w:val="24"/>
                <w:lang w:val="fr-FR"/>
              </w:rPr>
              <w:t>.</w:t>
            </w:r>
            <w:r w:rsidRPr="00547C18">
              <w:rPr>
                <w:rFonts w:cs="Times New Roman"/>
                <w:sz w:val="24"/>
                <w:szCs w:val="24"/>
                <w:lang w:val="fr-FR"/>
              </w:rPr>
              <w:br/>
            </w:r>
            <w:r w:rsidRPr="00547C18">
              <w:rPr>
                <w:rFonts w:cs="Times New Roman"/>
                <w:sz w:val="24"/>
                <w:szCs w:val="24"/>
              </w:rPr>
              <w:t xml:space="preserve">• </w:t>
            </w:r>
            <w:proofErr w:type="spellStart"/>
            <w:r w:rsidRPr="00547C18">
              <w:rPr>
                <w:rFonts w:cs="Times New Roman"/>
                <w:sz w:val="24"/>
                <w:szCs w:val="24"/>
              </w:rPr>
              <w:t>Folosesc</w:t>
            </w:r>
            <w:proofErr w:type="spellEnd"/>
            <w:r w:rsidRPr="00547C18">
              <w:rPr>
                <w:rFonts w:cs="Times New Roman"/>
                <w:sz w:val="24"/>
                <w:szCs w:val="24"/>
              </w:rPr>
              <w:t xml:space="preserve"> </w:t>
            </w:r>
            <w:proofErr w:type="spellStart"/>
            <w:r w:rsidRPr="00547C18">
              <w:rPr>
                <w:rFonts w:cs="Times New Roman"/>
                <w:sz w:val="24"/>
                <w:szCs w:val="24"/>
              </w:rPr>
              <w:t>corect</w:t>
            </w:r>
            <w:proofErr w:type="spellEnd"/>
            <w:r w:rsidRPr="00547C18">
              <w:rPr>
                <w:rFonts w:cs="Times New Roman"/>
                <w:sz w:val="24"/>
                <w:szCs w:val="24"/>
              </w:rPr>
              <w:t xml:space="preserve"> </w:t>
            </w:r>
            <w:proofErr w:type="spellStart"/>
            <w:r w:rsidRPr="00547C18">
              <w:rPr>
                <w:rFonts w:cs="Times New Roman"/>
                <w:sz w:val="24"/>
                <w:szCs w:val="24"/>
              </w:rPr>
              <w:t>termenii</w:t>
            </w:r>
            <w:proofErr w:type="spellEnd"/>
            <w:r w:rsidRPr="00547C18">
              <w:rPr>
                <w:rFonts w:cs="Times New Roman"/>
                <w:sz w:val="24"/>
                <w:szCs w:val="24"/>
              </w:rPr>
              <w:t xml:space="preserve"> permeabilitate, fertilitate, humus.</w:t>
            </w:r>
            <w:r w:rsidRPr="00547C18">
              <w:rPr>
                <w:rFonts w:cs="Times New Roman"/>
                <w:sz w:val="24"/>
                <w:szCs w:val="24"/>
              </w:rPr>
              <w:br/>
              <w:t>• Formulez o concluzie din experiment.</w:t>
            </w:r>
            <w:r w:rsidRPr="00547C18">
              <w:rPr>
                <w:rFonts w:cs="Times New Roman"/>
                <w:sz w:val="24"/>
                <w:szCs w:val="24"/>
              </w:rPr>
              <w:br/>
              <w:t>• Propun acțiuni concrete de protejare a solului.</w:t>
            </w:r>
          </w:p>
        </w:tc>
        <w:tc>
          <w:tcPr>
            <w:tcW w:w="3570" w:type="dxa"/>
            <w:vAlign w:val="center"/>
          </w:tcPr>
          <w:p w14:paraId="5C8733DD" w14:textId="77777777" w:rsidR="00C23EA0" w:rsidRPr="00547C18" w:rsidRDefault="00000000">
            <w:pPr>
              <w:rPr>
                <w:rFonts w:cs="Times New Roman"/>
                <w:sz w:val="24"/>
                <w:szCs w:val="24"/>
                <w:lang w:val="es-ES"/>
              </w:rPr>
            </w:pPr>
            <w:r w:rsidRPr="00547C18">
              <w:rPr>
                <w:rFonts w:cs="Times New Roman"/>
                <w:sz w:val="24"/>
                <w:szCs w:val="24"/>
                <w:lang w:val="es-ES"/>
              </w:rPr>
              <w:t>Observă corectitudinea observațiilor, utilizarea vocabularului științific, legătura dintre rezultat și concluzie și caracterul concret al regulilor de protecție.</w:t>
            </w:r>
          </w:p>
        </w:tc>
      </w:tr>
      <w:tr w:rsidR="00C23EA0" w:rsidRPr="00547C18" w14:paraId="730D493B" w14:textId="77777777">
        <w:trPr>
          <w:jc w:val="center"/>
        </w:trPr>
        <w:tc>
          <w:tcPr>
            <w:tcW w:w="3570" w:type="dxa"/>
            <w:vAlign w:val="center"/>
          </w:tcPr>
          <w:p w14:paraId="515D008E" w14:textId="77777777" w:rsidR="00C23EA0" w:rsidRPr="00547C18" w:rsidRDefault="00000000">
            <w:pPr>
              <w:rPr>
                <w:rFonts w:cs="Times New Roman"/>
                <w:sz w:val="24"/>
                <w:szCs w:val="24"/>
              </w:rPr>
            </w:pPr>
            <w:proofErr w:type="spellStart"/>
            <w:r w:rsidRPr="00547C18">
              <w:rPr>
                <w:rFonts w:cs="Times New Roman"/>
                <w:sz w:val="24"/>
                <w:szCs w:val="24"/>
              </w:rPr>
              <w:t>Clasa</w:t>
            </w:r>
            <w:proofErr w:type="spellEnd"/>
            <w:r w:rsidRPr="00547C18">
              <w:rPr>
                <w:rFonts w:cs="Times New Roman"/>
                <w:sz w:val="24"/>
                <w:szCs w:val="24"/>
              </w:rPr>
              <w:t xml:space="preserve"> a IV-a</w:t>
            </w:r>
          </w:p>
        </w:tc>
        <w:tc>
          <w:tcPr>
            <w:tcW w:w="3570" w:type="dxa"/>
            <w:vAlign w:val="center"/>
          </w:tcPr>
          <w:p w14:paraId="77EB2937" w14:textId="77777777" w:rsidR="00C23EA0" w:rsidRPr="00547C18" w:rsidRDefault="00000000">
            <w:pPr>
              <w:rPr>
                <w:rFonts w:cs="Times New Roman"/>
                <w:sz w:val="24"/>
                <w:szCs w:val="24"/>
              </w:rPr>
            </w:pPr>
            <w:r w:rsidRPr="00547C18">
              <w:rPr>
                <w:rFonts w:cs="Times New Roman"/>
                <w:sz w:val="24"/>
                <w:szCs w:val="24"/>
              </w:rPr>
              <w:t>• Recapitulez corect ideile despre om și natură.</w:t>
            </w:r>
            <w:r w:rsidRPr="00547C18">
              <w:rPr>
                <w:rFonts w:cs="Times New Roman"/>
                <w:sz w:val="24"/>
                <w:szCs w:val="24"/>
              </w:rPr>
              <w:br/>
              <w:t>• Compar exploratorul și inventatorul.</w:t>
            </w:r>
            <w:r w:rsidRPr="00547C18">
              <w:rPr>
                <w:rFonts w:cs="Times New Roman"/>
                <w:sz w:val="24"/>
                <w:szCs w:val="24"/>
              </w:rPr>
              <w:br/>
              <w:t>• Explic activități specifice etapelor vieții.</w:t>
            </w:r>
            <w:r w:rsidRPr="00547C18">
              <w:rPr>
                <w:rFonts w:cs="Times New Roman"/>
                <w:sz w:val="24"/>
                <w:szCs w:val="24"/>
              </w:rPr>
              <w:br/>
              <w:t>• Cooperez și prezint clar produsul echipei.</w:t>
            </w:r>
            <w:r w:rsidRPr="00547C18">
              <w:rPr>
                <w:rFonts w:cs="Times New Roman"/>
                <w:sz w:val="24"/>
                <w:szCs w:val="24"/>
              </w:rPr>
              <w:br/>
              <w:t>• Argumentez folosind vocabular științific.</w:t>
            </w:r>
          </w:p>
        </w:tc>
        <w:tc>
          <w:tcPr>
            <w:tcW w:w="3570" w:type="dxa"/>
            <w:vAlign w:val="center"/>
          </w:tcPr>
          <w:p w14:paraId="139916D3" w14:textId="77777777" w:rsidR="00C23EA0" w:rsidRPr="00547C18" w:rsidRDefault="00000000">
            <w:pPr>
              <w:rPr>
                <w:rFonts w:cs="Times New Roman"/>
                <w:sz w:val="24"/>
                <w:szCs w:val="24"/>
                <w:lang w:val="es-ES"/>
              </w:rPr>
            </w:pPr>
            <w:r w:rsidRPr="00547C18">
              <w:rPr>
                <w:rFonts w:cs="Times New Roman"/>
                <w:sz w:val="24"/>
                <w:szCs w:val="24"/>
                <w:lang w:val="es-ES"/>
              </w:rPr>
              <w:t>Observă corectitudinea ideilor, capacitatea de comparare și argumentare, cooperarea, claritatea prezentării și folosirea vocabularului științific.</w:t>
            </w:r>
          </w:p>
        </w:tc>
      </w:tr>
    </w:tbl>
    <w:p w14:paraId="5FBF5F8E" w14:textId="77777777" w:rsidR="00C23EA0" w:rsidRPr="00547C18" w:rsidRDefault="00000000">
      <w:pPr>
        <w:spacing w:before="120" w:after="80"/>
        <w:rPr>
          <w:rFonts w:cs="Times New Roman"/>
          <w:sz w:val="24"/>
          <w:szCs w:val="24"/>
        </w:rPr>
      </w:pPr>
      <w:r w:rsidRPr="00547C18">
        <w:rPr>
          <w:rFonts w:cs="Times New Roman"/>
          <w:b/>
          <w:color w:val="1F4E79"/>
          <w:sz w:val="24"/>
          <w:szCs w:val="24"/>
        </w:rPr>
        <w:t>9. Rezultate așteptate la finalul lecției</w:t>
      </w:r>
    </w:p>
    <w:tbl>
      <w:tblPr>
        <w:tblStyle w:val="Tabelgril"/>
        <w:tblW w:w="0" w:type="auto"/>
        <w:jc w:val="center"/>
        <w:tblLook w:val="04A0" w:firstRow="1" w:lastRow="0" w:firstColumn="1" w:lastColumn="0" w:noHBand="0" w:noVBand="1"/>
      </w:tblPr>
      <w:tblGrid>
        <w:gridCol w:w="2268"/>
        <w:gridCol w:w="7937"/>
      </w:tblGrid>
      <w:tr w:rsidR="00C23EA0" w:rsidRPr="00547C18" w14:paraId="10CF6E7A" w14:textId="77777777">
        <w:trPr>
          <w:jc w:val="center"/>
        </w:trPr>
        <w:tc>
          <w:tcPr>
            <w:tcW w:w="2268" w:type="dxa"/>
            <w:shd w:val="clear" w:color="auto" w:fill="D9EAF7"/>
            <w:vAlign w:val="center"/>
          </w:tcPr>
          <w:p w14:paraId="4BC1C5FE" w14:textId="77777777" w:rsidR="00C23EA0" w:rsidRPr="00547C18" w:rsidRDefault="00000000">
            <w:pPr>
              <w:rPr>
                <w:rFonts w:cs="Times New Roman"/>
                <w:sz w:val="24"/>
                <w:szCs w:val="24"/>
              </w:rPr>
            </w:pPr>
            <w:r w:rsidRPr="00547C18">
              <w:rPr>
                <w:rFonts w:cs="Times New Roman"/>
                <w:b/>
                <w:sz w:val="24"/>
                <w:szCs w:val="24"/>
              </w:rPr>
              <w:t>Clasa</w:t>
            </w:r>
          </w:p>
        </w:tc>
        <w:tc>
          <w:tcPr>
            <w:tcW w:w="7937" w:type="dxa"/>
            <w:shd w:val="clear" w:color="auto" w:fill="D9EAF7"/>
            <w:vAlign w:val="center"/>
          </w:tcPr>
          <w:p w14:paraId="63D58154" w14:textId="77777777" w:rsidR="00C23EA0" w:rsidRPr="00547C18" w:rsidRDefault="00000000">
            <w:pPr>
              <w:rPr>
                <w:rFonts w:cs="Times New Roman"/>
                <w:sz w:val="24"/>
                <w:szCs w:val="24"/>
              </w:rPr>
            </w:pPr>
            <w:r w:rsidRPr="00547C18">
              <w:rPr>
                <w:rFonts w:cs="Times New Roman"/>
                <w:b/>
                <w:sz w:val="24"/>
                <w:szCs w:val="24"/>
              </w:rPr>
              <w:t>Rezultate așteptate</w:t>
            </w:r>
          </w:p>
        </w:tc>
      </w:tr>
      <w:tr w:rsidR="00C23EA0" w:rsidRPr="00547C18" w14:paraId="566C5000" w14:textId="77777777">
        <w:trPr>
          <w:jc w:val="center"/>
        </w:trPr>
        <w:tc>
          <w:tcPr>
            <w:tcW w:w="2268" w:type="dxa"/>
            <w:shd w:val="clear" w:color="auto" w:fill="EAF3F8"/>
            <w:vAlign w:val="center"/>
          </w:tcPr>
          <w:p w14:paraId="00CDF493" w14:textId="77777777" w:rsidR="00C23EA0" w:rsidRPr="00547C18" w:rsidRDefault="00000000">
            <w:pPr>
              <w:rPr>
                <w:rFonts w:cs="Times New Roman"/>
                <w:sz w:val="24"/>
                <w:szCs w:val="24"/>
              </w:rPr>
            </w:pPr>
            <w:r w:rsidRPr="00547C18">
              <w:rPr>
                <w:rFonts w:cs="Times New Roman"/>
                <w:b/>
                <w:sz w:val="24"/>
                <w:szCs w:val="24"/>
              </w:rPr>
              <w:t>Clasa a III-a</w:t>
            </w:r>
          </w:p>
        </w:tc>
        <w:tc>
          <w:tcPr>
            <w:tcW w:w="7937" w:type="dxa"/>
            <w:vAlign w:val="center"/>
          </w:tcPr>
          <w:p w14:paraId="782C4BFE" w14:textId="77777777" w:rsidR="00C23EA0" w:rsidRPr="00547C18" w:rsidRDefault="00000000">
            <w:pPr>
              <w:rPr>
                <w:rFonts w:cs="Times New Roman"/>
                <w:sz w:val="24"/>
                <w:szCs w:val="24"/>
              </w:rPr>
            </w:pPr>
            <w:r w:rsidRPr="00547C18">
              <w:rPr>
                <w:rFonts w:cs="Times New Roman"/>
                <w:sz w:val="24"/>
                <w:szCs w:val="24"/>
              </w:rPr>
              <w:t>Elevii descriu proprietăți ale tipurilor de sol, interpretează un experiment simplu, explică rolul solului pentru plante și formulează acțiuni de protejare.</w:t>
            </w:r>
          </w:p>
        </w:tc>
      </w:tr>
      <w:tr w:rsidR="00C23EA0" w:rsidRPr="00547C18" w14:paraId="4B61FD90" w14:textId="77777777">
        <w:trPr>
          <w:jc w:val="center"/>
        </w:trPr>
        <w:tc>
          <w:tcPr>
            <w:tcW w:w="2268" w:type="dxa"/>
            <w:shd w:val="clear" w:color="auto" w:fill="EAF3F8"/>
            <w:vAlign w:val="center"/>
          </w:tcPr>
          <w:p w14:paraId="1445F7A1" w14:textId="77777777" w:rsidR="00C23EA0" w:rsidRPr="00547C18" w:rsidRDefault="00000000">
            <w:pPr>
              <w:rPr>
                <w:rFonts w:cs="Times New Roman"/>
                <w:sz w:val="24"/>
                <w:szCs w:val="24"/>
              </w:rPr>
            </w:pPr>
            <w:r w:rsidRPr="00547C18">
              <w:rPr>
                <w:rFonts w:cs="Times New Roman"/>
                <w:b/>
                <w:sz w:val="24"/>
                <w:szCs w:val="24"/>
              </w:rPr>
              <w:t>Clasa a IV-a</w:t>
            </w:r>
          </w:p>
        </w:tc>
        <w:tc>
          <w:tcPr>
            <w:tcW w:w="7937" w:type="dxa"/>
            <w:vAlign w:val="center"/>
          </w:tcPr>
          <w:p w14:paraId="5B3996FB" w14:textId="77777777" w:rsidR="00C23EA0" w:rsidRPr="00547C18" w:rsidRDefault="00000000">
            <w:pPr>
              <w:rPr>
                <w:rFonts w:cs="Times New Roman"/>
                <w:sz w:val="24"/>
                <w:szCs w:val="24"/>
              </w:rPr>
            </w:pPr>
            <w:r w:rsidRPr="00547C18">
              <w:rPr>
                <w:rFonts w:cs="Times New Roman"/>
                <w:sz w:val="24"/>
                <w:szCs w:val="24"/>
              </w:rPr>
              <w:t>Elevii sintetizează ideile unității „Omul – parte a naturii”, compară exploratorul cu inventatorul, explică etapele vieții și prezintă argumentat un produs de grup.</w:t>
            </w:r>
          </w:p>
        </w:tc>
      </w:tr>
      <w:tr w:rsidR="00C23EA0" w:rsidRPr="00547C18" w14:paraId="0A716BD6" w14:textId="77777777">
        <w:trPr>
          <w:jc w:val="center"/>
        </w:trPr>
        <w:tc>
          <w:tcPr>
            <w:tcW w:w="2268" w:type="dxa"/>
            <w:shd w:val="clear" w:color="auto" w:fill="EAF3F8"/>
            <w:vAlign w:val="center"/>
          </w:tcPr>
          <w:p w14:paraId="09496A1D" w14:textId="77777777" w:rsidR="00C23EA0" w:rsidRPr="00547C18" w:rsidRDefault="00000000">
            <w:pPr>
              <w:rPr>
                <w:rFonts w:cs="Times New Roman"/>
                <w:sz w:val="24"/>
                <w:szCs w:val="24"/>
              </w:rPr>
            </w:pPr>
            <w:r w:rsidRPr="00547C18">
              <w:rPr>
                <w:rFonts w:cs="Times New Roman"/>
                <w:b/>
                <w:sz w:val="24"/>
                <w:szCs w:val="24"/>
              </w:rPr>
              <w:t>Rezultat comun</w:t>
            </w:r>
          </w:p>
        </w:tc>
        <w:tc>
          <w:tcPr>
            <w:tcW w:w="7937" w:type="dxa"/>
            <w:vAlign w:val="center"/>
          </w:tcPr>
          <w:p w14:paraId="6078841E" w14:textId="77777777" w:rsidR="00C23EA0" w:rsidRPr="00547C18" w:rsidRDefault="00000000">
            <w:pPr>
              <w:rPr>
                <w:rFonts w:cs="Times New Roman"/>
                <w:sz w:val="24"/>
                <w:szCs w:val="24"/>
              </w:rPr>
            </w:pPr>
            <w:r w:rsidRPr="00547C18">
              <w:rPr>
                <w:rFonts w:cs="Times New Roman"/>
                <w:sz w:val="24"/>
                <w:szCs w:val="24"/>
              </w:rPr>
              <w:t>Elevii înțeleg că omul este parte a naturii, depinde de sol și de celelalte componente ale mediului, iar explorarea și invențiile trebuie însoțite de responsabilitate și protecție.</w:t>
            </w:r>
          </w:p>
        </w:tc>
      </w:tr>
    </w:tbl>
    <w:p w14:paraId="3C42AAAA" w14:textId="77777777" w:rsidR="00C23EA0" w:rsidRPr="00547C18" w:rsidRDefault="00000000">
      <w:pPr>
        <w:spacing w:before="120" w:after="80"/>
        <w:rPr>
          <w:rFonts w:cs="Times New Roman"/>
          <w:sz w:val="24"/>
          <w:szCs w:val="24"/>
        </w:rPr>
      </w:pPr>
      <w:r w:rsidRPr="00547C18">
        <w:rPr>
          <w:rFonts w:cs="Times New Roman"/>
          <w:b/>
          <w:color w:val="1F4E79"/>
          <w:sz w:val="24"/>
          <w:szCs w:val="24"/>
        </w:rPr>
        <w:t>10. Instrument de feedback descriptiv</w:t>
      </w:r>
    </w:p>
    <w:tbl>
      <w:tblPr>
        <w:tblStyle w:val="Tabelgril"/>
        <w:tblW w:w="0" w:type="auto"/>
        <w:jc w:val="center"/>
        <w:tblLook w:val="04A0" w:firstRow="1" w:lastRow="0" w:firstColumn="1" w:lastColumn="0" w:noHBand="0" w:noVBand="1"/>
      </w:tblPr>
      <w:tblGrid>
        <w:gridCol w:w="2835"/>
        <w:gridCol w:w="7370"/>
      </w:tblGrid>
      <w:tr w:rsidR="00C23EA0" w:rsidRPr="00547C18" w14:paraId="29912222" w14:textId="77777777">
        <w:trPr>
          <w:jc w:val="center"/>
        </w:trPr>
        <w:tc>
          <w:tcPr>
            <w:tcW w:w="2835" w:type="dxa"/>
            <w:shd w:val="clear" w:color="auto" w:fill="D9EAF7"/>
            <w:vAlign w:val="center"/>
          </w:tcPr>
          <w:p w14:paraId="6499FEE4" w14:textId="77777777" w:rsidR="00C23EA0" w:rsidRPr="00547C18" w:rsidRDefault="00000000">
            <w:pPr>
              <w:rPr>
                <w:rFonts w:cs="Times New Roman"/>
                <w:sz w:val="24"/>
                <w:szCs w:val="24"/>
              </w:rPr>
            </w:pPr>
            <w:r w:rsidRPr="00547C18">
              <w:rPr>
                <w:rFonts w:cs="Times New Roman"/>
                <w:b/>
                <w:sz w:val="24"/>
                <w:szCs w:val="24"/>
              </w:rPr>
              <w:t>Nivel de manifestare</w:t>
            </w:r>
          </w:p>
        </w:tc>
        <w:tc>
          <w:tcPr>
            <w:tcW w:w="7370" w:type="dxa"/>
            <w:shd w:val="clear" w:color="auto" w:fill="D9EAF7"/>
            <w:vAlign w:val="center"/>
          </w:tcPr>
          <w:p w14:paraId="02D46772" w14:textId="77777777" w:rsidR="00C23EA0" w:rsidRPr="00547C18" w:rsidRDefault="00000000">
            <w:pPr>
              <w:rPr>
                <w:rFonts w:cs="Times New Roman"/>
                <w:sz w:val="24"/>
                <w:szCs w:val="24"/>
              </w:rPr>
            </w:pPr>
            <w:r w:rsidRPr="00547C18">
              <w:rPr>
                <w:rFonts w:cs="Times New Roman"/>
                <w:b/>
                <w:sz w:val="24"/>
                <w:szCs w:val="24"/>
              </w:rPr>
              <w:t>Exemplu de feedback</w:t>
            </w:r>
          </w:p>
        </w:tc>
      </w:tr>
      <w:tr w:rsidR="00C23EA0" w:rsidRPr="00547C18" w14:paraId="0145974C" w14:textId="77777777">
        <w:trPr>
          <w:jc w:val="center"/>
        </w:trPr>
        <w:tc>
          <w:tcPr>
            <w:tcW w:w="2835" w:type="dxa"/>
            <w:shd w:val="clear" w:color="auto" w:fill="EAF3F8"/>
            <w:vAlign w:val="center"/>
          </w:tcPr>
          <w:p w14:paraId="3FD74227" w14:textId="77777777" w:rsidR="00C23EA0" w:rsidRPr="00547C18" w:rsidRDefault="00000000">
            <w:pPr>
              <w:rPr>
                <w:rFonts w:cs="Times New Roman"/>
                <w:sz w:val="24"/>
                <w:szCs w:val="24"/>
              </w:rPr>
            </w:pPr>
            <w:r w:rsidRPr="00547C18">
              <w:rPr>
                <w:rFonts w:cs="Times New Roman"/>
                <w:b/>
                <w:sz w:val="24"/>
                <w:szCs w:val="24"/>
              </w:rPr>
              <w:t>Realizat independent</w:t>
            </w:r>
          </w:p>
        </w:tc>
        <w:tc>
          <w:tcPr>
            <w:tcW w:w="7370" w:type="dxa"/>
            <w:vAlign w:val="center"/>
          </w:tcPr>
          <w:p w14:paraId="4011ADCE" w14:textId="77777777" w:rsidR="00C23EA0" w:rsidRPr="00547C18" w:rsidRDefault="00000000">
            <w:pPr>
              <w:rPr>
                <w:rFonts w:cs="Times New Roman"/>
                <w:sz w:val="24"/>
                <w:szCs w:val="24"/>
                <w:lang w:val="fr-FR"/>
              </w:rPr>
            </w:pPr>
            <w:r w:rsidRPr="00547C18">
              <w:rPr>
                <w:rFonts w:cs="Times New Roman"/>
                <w:sz w:val="24"/>
                <w:szCs w:val="24"/>
                <w:lang w:val="fr-FR"/>
              </w:rPr>
              <w:t xml:space="preserve">„Ai </w:t>
            </w:r>
            <w:proofErr w:type="spellStart"/>
            <w:r w:rsidRPr="00547C18">
              <w:rPr>
                <w:rFonts w:cs="Times New Roman"/>
                <w:sz w:val="24"/>
                <w:szCs w:val="24"/>
                <w:lang w:val="fr-FR"/>
              </w:rPr>
              <w:t>observat</w:t>
            </w:r>
            <w:proofErr w:type="spellEnd"/>
            <w:r w:rsidRPr="00547C18">
              <w:rPr>
                <w:rFonts w:cs="Times New Roman"/>
                <w:sz w:val="24"/>
                <w:szCs w:val="24"/>
                <w:lang w:val="fr-FR"/>
              </w:rPr>
              <w:t>/</w:t>
            </w:r>
            <w:proofErr w:type="spellStart"/>
            <w:r w:rsidRPr="00547C18">
              <w:rPr>
                <w:rFonts w:cs="Times New Roman"/>
                <w:sz w:val="24"/>
                <w:szCs w:val="24"/>
                <w:lang w:val="fr-FR"/>
              </w:rPr>
              <w:t>recapitulat</w:t>
            </w:r>
            <w:proofErr w:type="spellEnd"/>
            <w:r w:rsidRPr="00547C18">
              <w:rPr>
                <w:rFonts w:cs="Times New Roman"/>
                <w:sz w:val="24"/>
                <w:szCs w:val="24"/>
                <w:lang w:val="fr-FR"/>
              </w:rPr>
              <w:t xml:space="preserve"> </w:t>
            </w:r>
            <w:proofErr w:type="spellStart"/>
            <w:r w:rsidRPr="00547C18">
              <w:rPr>
                <w:rFonts w:cs="Times New Roman"/>
                <w:sz w:val="24"/>
                <w:szCs w:val="24"/>
                <w:lang w:val="fr-FR"/>
              </w:rPr>
              <w:t>corect</w:t>
            </w:r>
            <w:proofErr w:type="spellEnd"/>
            <w:r w:rsidRPr="00547C18">
              <w:rPr>
                <w:rFonts w:cs="Times New Roman"/>
                <w:sz w:val="24"/>
                <w:szCs w:val="24"/>
                <w:lang w:val="fr-FR"/>
              </w:rPr>
              <w:t xml:space="preserve">, ai </w:t>
            </w:r>
            <w:proofErr w:type="spellStart"/>
            <w:r w:rsidRPr="00547C18">
              <w:rPr>
                <w:rFonts w:cs="Times New Roman"/>
                <w:sz w:val="24"/>
                <w:szCs w:val="24"/>
                <w:lang w:val="fr-FR"/>
              </w:rPr>
              <w:t>folosit</w:t>
            </w:r>
            <w:proofErr w:type="spellEnd"/>
            <w:r w:rsidRPr="00547C18">
              <w:rPr>
                <w:rFonts w:cs="Times New Roman"/>
                <w:sz w:val="24"/>
                <w:szCs w:val="24"/>
                <w:lang w:val="fr-FR"/>
              </w:rPr>
              <w:t xml:space="preserve"> </w:t>
            </w:r>
            <w:proofErr w:type="spellStart"/>
            <w:r w:rsidRPr="00547C18">
              <w:rPr>
                <w:rFonts w:cs="Times New Roman"/>
                <w:sz w:val="24"/>
                <w:szCs w:val="24"/>
                <w:lang w:val="fr-FR"/>
              </w:rPr>
              <w:t>vocabularul</w:t>
            </w:r>
            <w:proofErr w:type="spellEnd"/>
            <w:r w:rsidRPr="00547C18">
              <w:rPr>
                <w:rFonts w:cs="Times New Roman"/>
                <w:sz w:val="24"/>
                <w:szCs w:val="24"/>
                <w:lang w:val="fr-FR"/>
              </w:rPr>
              <w:t xml:space="preserve"> </w:t>
            </w:r>
            <w:proofErr w:type="spellStart"/>
            <w:r w:rsidRPr="00547C18">
              <w:rPr>
                <w:rFonts w:cs="Times New Roman"/>
                <w:sz w:val="24"/>
                <w:szCs w:val="24"/>
                <w:lang w:val="fr-FR"/>
              </w:rPr>
              <w:t>științific</w:t>
            </w:r>
            <w:proofErr w:type="spellEnd"/>
            <w:r w:rsidRPr="00547C18">
              <w:rPr>
                <w:rFonts w:cs="Times New Roman"/>
                <w:sz w:val="24"/>
                <w:szCs w:val="24"/>
                <w:lang w:val="fr-FR"/>
              </w:rPr>
              <w:t xml:space="preserve"> </w:t>
            </w:r>
            <w:proofErr w:type="spellStart"/>
            <w:r w:rsidRPr="00547C18">
              <w:rPr>
                <w:rFonts w:cs="Times New Roman"/>
                <w:sz w:val="24"/>
                <w:szCs w:val="24"/>
                <w:lang w:val="fr-FR"/>
              </w:rPr>
              <w:t>și</w:t>
            </w:r>
            <w:proofErr w:type="spellEnd"/>
            <w:r w:rsidRPr="00547C18">
              <w:rPr>
                <w:rFonts w:cs="Times New Roman"/>
                <w:sz w:val="24"/>
                <w:szCs w:val="24"/>
                <w:lang w:val="fr-FR"/>
              </w:rPr>
              <w:t xml:space="preserve"> ai </w:t>
            </w:r>
            <w:proofErr w:type="spellStart"/>
            <w:r w:rsidRPr="00547C18">
              <w:rPr>
                <w:rFonts w:cs="Times New Roman"/>
                <w:sz w:val="24"/>
                <w:szCs w:val="24"/>
                <w:lang w:val="fr-FR"/>
              </w:rPr>
              <w:t>formulat</w:t>
            </w:r>
            <w:proofErr w:type="spellEnd"/>
            <w:r w:rsidRPr="00547C18">
              <w:rPr>
                <w:rFonts w:cs="Times New Roman"/>
                <w:sz w:val="24"/>
                <w:szCs w:val="24"/>
                <w:lang w:val="fr-FR"/>
              </w:rPr>
              <w:t xml:space="preserve"> o </w:t>
            </w:r>
            <w:proofErr w:type="spellStart"/>
            <w:r w:rsidRPr="00547C18">
              <w:rPr>
                <w:rFonts w:cs="Times New Roman"/>
                <w:sz w:val="24"/>
                <w:szCs w:val="24"/>
                <w:lang w:val="fr-FR"/>
              </w:rPr>
              <w:t>concluzie</w:t>
            </w:r>
            <w:proofErr w:type="spellEnd"/>
            <w:r w:rsidRPr="00547C18">
              <w:rPr>
                <w:rFonts w:cs="Times New Roman"/>
                <w:sz w:val="24"/>
                <w:szCs w:val="24"/>
                <w:lang w:val="fr-FR"/>
              </w:rPr>
              <w:t xml:space="preserve"> </w:t>
            </w:r>
            <w:proofErr w:type="spellStart"/>
            <w:r w:rsidRPr="00547C18">
              <w:rPr>
                <w:rFonts w:cs="Times New Roman"/>
                <w:sz w:val="24"/>
                <w:szCs w:val="24"/>
                <w:lang w:val="fr-FR"/>
              </w:rPr>
              <w:t>clară</w:t>
            </w:r>
            <w:proofErr w:type="spellEnd"/>
            <w:r w:rsidRPr="00547C18">
              <w:rPr>
                <w:rFonts w:cs="Times New Roman"/>
                <w:sz w:val="24"/>
                <w:szCs w:val="24"/>
                <w:lang w:val="fr-FR"/>
              </w:rPr>
              <w:t>.”</w:t>
            </w:r>
          </w:p>
        </w:tc>
      </w:tr>
      <w:tr w:rsidR="00C23EA0" w:rsidRPr="00547C18" w14:paraId="5B4AC6A6" w14:textId="77777777">
        <w:trPr>
          <w:jc w:val="center"/>
        </w:trPr>
        <w:tc>
          <w:tcPr>
            <w:tcW w:w="2835" w:type="dxa"/>
            <w:shd w:val="clear" w:color="auto" w:fill="EAF3F8"/>
            <w:vAlign w:val="center"/>
          </w:tcPr>
          <w:p w14:paraId="65CA01D1" w14:textId="77777777" w:rsidR="00C23EA0" w:rsidRPr="00547C18" w:rsidRDefault="00000000">
            <w:pPr>
              <w:rPr>
                <w:rFonts w:cs="Times New Roman"/>
                <w:sz w:val="24"/>
                <w:szCs w:val="24"/>
              </w:rPr>
            </w:pPr>
            <w:proofErr w:type="spellStart"/>
            <w:r w:rsidRPr="00547C18">
              <w:rPr>
                <w:rFonts w:cs="Times New Roman"/>
                <w:b/>
                <w:sz w:val="24"/>
                <w:szCs w:val="24"/>
              </w:rPr>
              <w:t>Realizat</w:t>
            </w:r>
            <w:proofErr w:type="spellEnd"/>
            <w:r w:rsidRPr="00547C18">
              <w:rPr>
                <w:rFonts w:cs="Times New Roman"/>
                <w:b/>
                <w:sz w:val="24"/>
                <w:szCs w:val="24"/>
              </w:rPr>
              <w:t xml:space="preserve"> cu </w:t>
            </w:r>
            <w:proofErr w:type="spellStart"/>
            <w:r w:rsidRPr="00547C18">
              <w:rPr>
                <w:rFonts w:cs="Times New Roman"/>
                <w:b/>
                <w:sz w:val="24"/>
                <w:szCs w:val="24"/>
              </w:rPr>
              <w:t>sprijin</w:t>
            </w:r>
            <w:proofErr w:type="spellEnd"/>
            <w:r w:rsidRPr="00547C18">
              <w:rPr>
                <w:rFonts w:cs="Times New Roman"/>
                <w:b/>
                <w:sz w:val="24"/>
                <w:szCs w:val="24"/>
              </w:rPr>
              <w:t xml:space="preserve"> minim</w:t>
            </w:r>
          </w:p>
        </w:tc>
        <w:tc>
          <w:tcPr>
            <w:tcW w:w="7370" w:type="dxa"/>
            <w:vAlign w:val="center"/>
          </w:tcPr>
          <w:p w14:paraId="11B4AC83" w14:textId="77777777" w:rsidR="00C23EA0" w:rsidRPr="00547C18" w:rsidRDefault="00000000">
            <w:pPr>
              <w:rPr>
                <w:rFonts w:cs="Times New Roman"/>
                <w:sz w:val="24"/>
                <w:szCs w:val="24"/>
                <w:lang w:val="es-ES"/>
              </w:rPr>
            </w:pPr>
            <w:r w:rsidRPr="00547C18">
              <w:rPr>
                <w:rFonts w:cs="Times New Roman"/>
                <w:sz w:val="24"/>
                <w:szCs w:val="24"/>
              </w:rPr>
              <w:t xml:space="preserve">„Ai găsit ideea cu ajutorul unei întrebări. </w:t>
            </w:r>
            <w:r w:rsidRPr="00547C18">
              <w:rPr>
                <w:rFonts w:cs="Times New Roman"/>
                <w:sz w:val="24"/>
                <w:szCs w:val="24"/>
                <w:lang w:val="es-ES"/>
              </w:rPr>
              <w:t>Verifică legătura dintre observație și concluzie.”</w:t>
            </w:r>
          </w:p>
        </w:tc>
      </w:tr>
      <w:tr w:rsidR="00C23EA0" w:rsidRPr="00547C18" w14:paraId="648C0CBF" w14:textId="77777777">
        <w:trPr>
          <w:jc w:val="center"/>
        </w:trPr>
        <w:tc>
          <w:tcPr>
            <w:tcW w:w="2835" w:type="dxa"/>
            <w:shd w:val="clear" w:color="auto" w:fill="EAF3F8"/>
            <w:vAlign w:val="center"/>
          </w:tcPr>
          <w:p w14:paraId="5EB3BCD3" w14:textId="77777777" w:rsidR="00C23EA0" w:rsidRPr="00547C18" w:rsidRDefault="00000000">
            <w:pPr>
              <w:rPr>
                <w:rFonts w:cs="Times New Roman"/>
                <w:sz w:val="24"/>
                <w:szCs w:val="24"/>
              </w:rPr>
            </w:pPr>
            <w:proofErr w:type="spellStart"/>
            <w:r w:rsidRPr="00547C18">
              <w:rPr>
                <w:rFonts w:cs="Times New Roman"/>
                <w:b/>
                <w:sz w:val="24"/>
                <w:szCs w:val="24"/>
              </w:rPr>
              <w:t>În</w:t>
            </w:r>
            <w:proofErr w:type="spellEnd"/>
            <w:r w:rsidRPr="00547C18">
              <w:rPr>
                <w:rFonts w:cs="Times New Roman"/>
                <w:b/>
                <w:sz w:val="24"/>
                <w:szCs w:val="24"/>
              </w:rPr>
              <w:t xml:space="preserve"> curs de </w:t>
            </w:r>
            <w:proofErr w:type="spellStart"/>
            <w:r w:rsidRPr="00547C18">
              <w:rPr>
                <w:rFonts w:cs="Times New Roman"/>
                <w:b/>
                <w:sz w:val="24"/>
                <w:szCs w:val="24"/>
              </w:rPr>
              <w:t>realizare</w:t>
            </w:r>
            <w:proofErr w:type="spellEnd"/>
          </w:p>
        </w:tc>
        <w:tc>
          <w:tcPr>
            <w:tcW w:w="7370" w:type="dxa"/>
            <w:vAlign w:val="center"/>
          </w:tcPr>
          <w:p w14:paraId="305FC16C" w14:textId="77777777" w:rsidR="00C23EA0" w:rsidRPr="00547C18" w:rsidRDefault="00000000">
            <w:pPr>
              <w:rPr>
                <w:rFonts w:cs="Times New Roman"/>
                <w:sz w:val="24"/>
                <w:szCs w:val="24"/>
                <w:lang w:val="fr-FR"/>
              </w:rPr>
            </w:pPr>
            <w:r w:rsidRPr="00547C18">
              <w:rPr>
                <w:rFonts w:cs="Times New Roman"/>
                <w:sz w:val="24"/>
                <w:szCs w:val="24"/>
                <w:lang w:val="fr-FR"/>
              </w:rPr>
              <w:t xml:space="preserve">„Reia </w:t>
            </w:r>
            <w:proofErr w:type="spellStart"/>
            <w:r w:rsidRPr="00547C18">
              <w:rPr>
                <w:rFonts w:cs="Times New Roman"/>
                <w:sz w:val="24"/>
                <w:szCs w:val="24"/>
                <w:lang w:val="fr-FR"/>
              </w:rPr>
              <w:t>primul</w:t>
            </w:r>
            <w:proofErr w:type="spellEnd"/>
            <w:r w:rsidRPr="00547C18">
              <w:rPr>
                <w:rFonts w:cs="Times New Roman"/>
                <w:sz w:val="24"/>
                <w:szCs w:val="24"/>
                <w:lang w:val="fr-FR"/>
              </w:rPr>
              <w:t xml:space="preserve"> pas, </w:t>
            </w:r>
            <w:proofErr w:type="spellStart"/>
            <w:r w:rsidRPr="00547C18">
              <w:rPr>
                <w:rFonts w:cs="Times New Roman"/>
                <w:sz w:val="24"/>
                <w:szCs w:val="24"/>
                <w:lang w:val="fr-FR"/>
              </w:rPr>
              <w:t>privește</w:t>
            </w:r>
            <w:proofErr w:type="spellEnd"/>
            <w:r w:rsidRPr="00547C18">
              <w:rPr>
                <w:rFonts w:cs="Times New Roman"/>
                <w:sz w:val="24"/>
                <w:szCs w:val="24"/>
                <w:lang w:val="fr-FR"/>
              </w:rPr>
              <w:t xml:space="preserve"> proba/</w:t>
            </w:r>
            <w:proofErr w:type="spellStart"/>
            <w:r w:rsidRPr="00547C18">
              <w:rPr>
                <w:rFonts w:cs="Times New Roman"/>
                <w:sz w:val="24"/>
                <w:szCs w:val="24"/>
                <w:lang w:val="fr-FR"/>
              </w:rPr>
              <w:t>schema</w:t>
            </w:r>
            <w:proofErr w:type="spellEnd"/>
            <w:r w:rsidRPr="00547C18">
              <w:rPr>
                <w:rFonts w:cs="Times New Roman"/>
                <w:sz w:val="24"/>
                <w:szCs w:val="24"/>
                <w:lang w:val="fr-FR"/>
              </w:rPr>
              <w:t xml:space="preserve"> </w:t>
            </w:r>
            <w:proofErr w:type="spellStart"/>
            <w:r w:rsidRPr="00547C18">
              <w:rPr>
                <w:rFonts w:cs="Times New Roman"/>
                <w:sz w:val="24"/>
                <w:szCs w:val="24"/>
                <w:lang w:val="fr-FR"/>
              </w:rPr>
              <w:t>și</w:t>
            </w:r>
            <w:proofErr w:type="spellEnd"/>
            <w:r w:rsidRPr="00547C18">
              <w:rPr>
                <w:rFonts w:cs="Times New Roman"/>
                <w:sz w:val="24"/>
                <w:szCs w:val="24"/>
                <w:lang w:val="fr-FR"/>
              </w:rPr>
              <w:t xml:space="preserve"> </w:t>
            </w:r>
            <w:proofErr w:type="spellStart"/>
            <w:r w:rsidRPr="00547C18">
              <w:rPr>
                <w:rFonts w:cs="Times New Roman"/>
                <w:sz w:val="24"/>
                <w:szCs w:val="24"/>
                <w:lang w:val="fr-FR"/>
              </w:rPr>
              <w:t>spune</w:t>
            </w:r>
            <w:proofErr w:type="spellEnd"/>
            <w:r w:rsidRPr="00547C18">
              <w:rPr>
                <w:rFonts w:cs="Times New Roman"/>
                <w:sz w:val="24"/>
                <w:szCs w:val="24"/>
                <w:lang w:val="fr-FR"/>
              </w:rPr>
              <w:t xml:space="preserve"> mai </w:t>
            </w:r>
            <w:proofErr w:type="spellStart"/>
            <w:r w:rsidRPr="00547C18">
              <w:rPr>
                <w:rFonts w:cs="Times New Roman"/>
                <w:sz w:val="24"/>
                <w:szCs w:val="24"/>
                <w:lang w:val="fr-FR"/>
              </w:rPr>
              <w:t>întâi</w:t>
            </w:r>
            <w:proofErr w:type="spellEnd"/>
            <w:r w:rsidRPr="00547C18">
              <w:rPr>
                <w:rFonts w:cs="Times New Roman"/>
                <w:sz w:val="24"/>
                <w:szCs w:val="24"/>
                <w:lang w:val="fr-FR"/>
              </w:rPr>
              <w:t xml:space="preserve"> ce </w:t>
            </w:r>
            <w:proofErr w:type="spellStart"/>
            <w:r w:rsidRPr="00547C18">
              <w:rPr>
                <w:rFonts w:cs="Times New Roman"/>
                <w:sz w:val="24"/>
                <w:szCs w:val="24"/>
                <w:lang w:val="fr-FR"/>
              </w:rPr>
              <w:t>observi</w:t>
            </w:r>
            <w:proofErr w:type="spellEnd"/>
            <w:r w:rsidRPr="00547C18">
              <w:rPr>
                <w:rFonts w:cs="Times New Roman"/>
                <w:sz w:val="24"/>
                <w:szCs w:val="24"/>
                <w:lang w:val="fr-FR"/>
              </w:rPr>
              <w:t xml:space="preserve"> </w:t>
            </w:r>
            <w:proofErr w:type="spellStart"/>
            <w:r w:rsidRPr="00547C18">
              <w:rPr>
                <w:rFonts w:cs="Times New Roman"/>
                <w:sz w:val="24"/>
                <w:szCs w:val="24"/>
                <w:lang w:val="fr-FR"/>
              </w:rPr>
              <w:t>sau</w:t>
            </w:r>
            <w:proofErr w:type="spellEnd"/>
            <w:r w:rsidRPr="00547C18">
              <w:rPr>
                <w:rFonts w:cs="Times New Roman"/>
                <w:sz w:val="24"/>
                <w:szCs w:val="24"/>
                <w:lang w:val="fr-FR"/>
              </w:rPr>
              <w:t xml:space="preserve"> ce </w:t>
            </w:r>
            <w:proofErr w:type="spellStart"/>
            <w:r w:rsidRPr="00547C18">
              <w:rPr>
                <w:rFonts w:cs="Times New Roman"/>
                <w:sz w:val="24"/>
                <w:szCs w:val="24"/>
                <w:lang w:val="fr-FR"/>
              </w:rPr>
              <w:t>cunoști</w:t>
            </w:r>
            <w:proofErr w:type="spellEnd"/>
            <w:r w:rsidRPr="00547C18">
              <w:rPr>
                <w:rFonts w:cs="Times New Roman"/>
                <w:sz w:val="24"/>
                <w:szCs w:val="24"/>
                <w:lang w:val="fr-FR"/>
              </w:rPr>
              <w:t xml:space="preserve"> </w:t>
            </w:r>
            <w:proofErr w:type="spellStart"/>
            <w:r w:rsidRPr="00547C18">
              <w:rPr>
                <w:rFonts w:cs="Times New Roman"/>
                <w:sz w:val="24"/>
                <w:szCs w:val="24"/>
                <w:lang w:val="fr-FR"/>
              </w:rPr>
              <w:t>deja</w:t>
            </w:r>
            <w:proofErr w:type="spellEnd"/>
            <w:r w:rsidRPr="00547C18">
              <w:rPr>
                <w:rFonts w:cs="Times New Roman"/>
                <w:sz w:val="24"/>
                <w:szCs w:val="24"/>
                <w:lang w:val="fr-FR"/>
              </w:rPr>
              <w:t>.”</w:t>
            </w:r>
          </w:p>
        </w:tc>
      </w:tr>
    </w:tbl>
    <w:p w14:paraId="6BD1E449" w14:textId="77777777" w:rsidR="00C23EA0" w:rsidRPr="00547C18" w:rsidRDefault="00000000">
      <w:pPr>
        <w:spacing w:before="120" w:after="80"/>
        <w:rPr>
          <w:rFonts w:cs="Times New Roman"/>
          <w:sz w:val="24"/>
          <w:szCs w:val="24"/>
        </w:rPr>
      </w:pPr>
      <w:r w:rsidRPr="00547C18">
        <w:rPr>
          <w:rFonts w:cs="Times New Roman"/>
          <w:b/>
          <w:color w:val="1F4E79"/>
          <w:sz w:val="24"/>
          <w:szCs w:val="24"/>
        </w:rPr>
        <w:t>11. Matrice de sincronizare a lecției</w:t>
      </w:r>
    </w:p>
    <w:tbl>
      <w:tblPr>
        <w:tblStyle w:val="Tabelgril"/>
        <w:tblW w:w="0" w:type="auto"/>
        <w:jc w:val="center"/>
        <w:tblLook w:val="04A0" w:firstRow="1" w:lastRow="0" w:firstColumn="1" w:lastColumn="0" w:noHBand="0" w:noVBand="1"/>
      </w:tblPr>
      <w:tblGrid>
        <w:gridCol w:w="1103"/>
        <w:gridCol w:w="1495"/>
        <w:gridCol w:w="1247"/>
        <w:gridCol w:w="1519"/>
        <w:gridCol w:w="1449"/>
        <w:gridCol w:w="1306"/>
        <w:gridCol w:w="1449"/>
        <w:gridCol w:w="1358"/>
      </w:tblGrid>
      <w:tr w:rsidR="00C23EA0" w:rsidRPr="00547C18" w14:paraId="6425895E" w14:textId="77777777">
        <w:trPr>
          <w:jc w:val="center"/>
        </w:trPr>
        <w:tc>
          <w:tcPr>
            <w:tcW w:w="1339" w:type="dxa"/>
            <w:shd w:val="clear" w:color="auto" w:fill="D9EAF7"/>
            <w:vAlign w:val="center"/>
          </w:tcPr>
          <w:p w14:paraId="6E2FA9BF" w14:textId="77777777" w:rsidR="00C23EA0" w:rsidRPr="00547C18" w:rsidRDefault="00000000">
            <w:pPr>
              <w:rPr>
                <w:rFonts w:cs="Times New Roman"/>
                <w:sz w:val="24"/>
                <w:szCs w:val="24"/>
              </w:rPr>
            </w:pPr>
            <w:r w:rsidRPr="00547C18">
              <w:rPr>
                <w:rFonts w:cs="Times New Roman"/>
                <w:b/>
                <w:sz w:val="24"/>
                <w:szCs w:val="24"/>
              </w:rPr>
              <w:t>Tema comună</w:t>
            </w:r>
          </w:p>
        </w:tc>
        <w:tc>
          <w:tcPr>
            <w:tcW w:w="1339" w:type="dxa"/>
            <w:shd w:val="clear" w:color="auto" w:fill="D9EAF7"/>
            <w:vAlign w:val="center"/>
          </w:tcPr>
          <w:p w14:paraId="358FED83" w14:textId="77777777" w:rsidR="00C23EA0" w:rsidRPr="00547C18" w:rsidRDefault="00000000">
            <w:pPr>
              <w:rPr>
                <w:rFonts w:cs="Times New Roman"/>
                <w:sz w:val="24"/>
                <w:szCs w:val="24"/>
                <w:lang w:val="es-ES"/>
              </w:rPr>
            </w:pPr>
            <w:r w:rsidRPr="00547C18">
              <w:rPr>
                <w:rFonts w:cs="Times New Roman"/>
                <w:b/>
                <w:sz w:val="24"/>
                <w:szCs w:val="24"/>
                <w:lang w:val="es-ES"/>
              </w:rPr>
              <w:t>Clasa a III-a – conținuturi și activități</w:t>
            </w:r>
          </w:p>
        </w:tc>
        <w:tc>
          <w:tcPr>
            <w:tcW w:w="1339" w:type="dxa"/>
            <w:shd w:val="clear" w:color="auto" w:fill="D9EAF7"/>
            <w:vAlign w:val="center"/>
          </w:tcPr>
          <w:p w14:paraId="6D978E6F" w14:textId="77777777" w:rsidR="00C23EA0" w:rsidRPr="00547C18" w:rsidRDefault="00000000">
            <w:pPr>
              <w:rPr>
                <w:rFonts w:cs="Times New Roman"/>
                <w:sz w:val="24"/>
                <w:szCs w:val="24"/>
                <w:lang w:val="es-ES"/>
              </w:rPr>
            </w:pPr>
            <w:r w:rsidRPr="00547C18">
              <w:rPr>
                <w:rFonts w:cs="Times New Roman"/>
                <w:b/>
                <w:sz w:val="24"/>
                <w:szCs w:val="24"/>
                <w:lang w:val="es-ES"/>
              </w:rPr>
              <w:t>Clasa a IV-a – conținuturi și activități</w:t>
            </w:r>
          </w:p>
        </w:tc>
        <w:tc>
          <w:tcPr>
            <w:tcW w:w="1339" w:type="dxa"/>
            <w:shd w:val="clear" w:color="auto" w:fill="D9EAF7"/>
            <w:vAlign w:val="center"/>
          </w:tcPr>
          <w:p w14:paraId="6A401BFA" w14:textId="77777777" w:rsidR="00C23EA0" w:rsidRPr="00547C18" w:rsidRDefault="00000000">
            <w:pPr>
              <w:rPr>
                <w:rFonts w:cs="Times New Roman"/>
                <w:sz w:val="24"/>
                <w:szCs w:val="24"/>
              </w:rPr>
            </w:pPr>
            <w:proofErr w:type="spellStart"/>
            <w:r w:rsidRPr="00547C18">
              <w:rPr>
                <w:rFonts w:cs="Times New Roman"/>
                <w:b/>
                <w:sz w:val="24"/>
                <w:szCs w:val="24"/>
              </w:rPr>
              <w:t>Activitate</w:t>
            </w:r>
            <w:proofErr w:type="spellEnd"/>
            <w:r w:rsidRPr="00547C18">
              <w:rPr>
                <w:rFonts w:cs="Times New Roman"/>
                <w:b/>
                <w:sz w:val="24"/>
                <w:szCs w:val="24"/>
              </w:rPr>
              <w:t xml:space="preserve"> </w:t>
            </w:r>
            <w:proofErr w:type="spellStart"/>
            <w:r w:rsidRPr="00547C18">
              <w:rPr>
                <w:rFonts w:cs="Times New Roman"/>
                <w:b/>
                <w:sz w:val="24"/>
                <w:szCs w:val="24"/>
              </w:rPr>
              <w:t>directă</w:t>
            </w:r>
            <w:proofErr w:type="spellEnd"/>
            <w:r w:rsidRPr="00547C18">
              <w:rPr>
                <w:rFonts w:cs="Times New Roman"/>
                <w:b/>
                <w:sz w:val="24"/>
                <w:szCs w:val="24"/>
              </w:rPr>
              <w:t xml:space="preserve"> cu </w:t>
            </w:r>
            <w:proofErr w:type="spellStart"/>
            <w:r w:rsidRPr="00547C18">
              <w:rPr>
                <w:rFonts w:cs="Times New Roman"/>
                <w:b/>
                <w:sz w:val="24"/>
                <w:szCs w:val="24"/>
              </w:rPr>
              <w:t>clasa</w:t>
            </w:r>
            <w:proofErr w:type="spellEnd"/>
            <w:r w:rsidRPr="00547C18">
              <w:rPr>
                <w:rFonts w:cs="Times New Roman"/>
                <w:b/>
                <w:sz w:val="24"/>
                <w:szCs w:val="24"/>
              </w:rPr>
              <w:t xml:space="preserve"> a III-a</w:t>
            </w:r>
          </w:p>
        </w:tc>
        <w:tc>
          <w:tcPr>
            <w:tcW w:w="1339" w:type="dxa"/>
            <w:shd w:val="clear" w:color="auto" w:fill="D9EAF7"/>
            <w:vAlign w:val="center"/>
          </w:tcPr>
          <w:p w14:paraId="387E3623" w14:textId="77777777" w:rsidR="00C23EA0" w:rsidRPr="00547C18" w:rsidRDefault="00000000">
            <w:pPr>
              <w:rPr>
                <w:rFonts w:cs="Times New Roman"/>
                <w:sz w:val="24"/>
                <w:szCs w:val="24"/>
              </w:rPr>
            </w:pPr>
            <w:r w:rsidRPr="00547C18">
              <w:rPr>
                <w:rFonts w:cs="Times New Roman"/>
                <w:b/>
                <w:sz w:val="24"/>
                <w:szCs w:val="24"/>
              </w:rPr>
              <w:t xml:space="preserve">Activitate independentă clasa </w:t>
            </w:r>
            <w:proofErr w:type="gramStart"/>
            <w:r w:rsidRPr="00547C18">
              <w:rPr>
                <w:rFonts w:cs="Times New Roman"/>
                <w:b/>
                <w:sz w:val="24"/>
                <w:szCs w:val="24"/>
              </w:rPr>
              <w:t>a</w:t>
            </w:r>
            <w:proofErr w:type="gramEnd"/>
            <w:r w:rsidRPr="00547C18">
              <w:rPr>
                <w:rFonts w:cs="Times New Roman"/>
                <w:b/>
                <w:sz w:val="24"/>
                <w:szCs w:val="24"/>
              </w:rPr>
              <w:t xml:space="preserve"> IV-a</w:t>
            </w:r>
          </w:p>
        </w:tc>
        <w:tc>
          <w:tcPr>
            <w:tcW w:w="1339" w:type="dxa"/>
            <w:shd w:val="clear" w:color="auto" w:fill="D9EAF7"/>
            <w:vAlign w:val="center"/>
          </w:tcPr>
          <w:p w14:paraId="5CEFC144" w14:textId="77777777" w:rsidR="00C23EA0" w:rsidRPr="00547C18" w:rsidRDefault="00000000">
            <w:pPr>
              <w:rPr>
                <w:rFonts w:cs="Times New Roman"/>
                <w:sz w:val="24"/>
                <w:szCs w:val="24"/>
              </w:rPr>
            </w:pPr>
            <w:r w:rsidRPr="00547C18">
              <w:rPr>
                <w:rFonts w:cs="Times New Roman"/>
                <w:b/>
                <w:sz w:val="24"/>
                <w:szCs w:val="24"/>
              </w:rPr>
              <w:t xml:space="preserve">Activitate directă cu clasa </w:t>
            </w:r>
            <w:proofErr w:type="gramStart"/>
            <w:r w:rsidRPr="00547C18">
              <w:rPr>
                <w:rFonts w:cs="Times New Roman"/>
                <w:b/>
                <w:sz w:val="24"/>
                <w:szCs w:val="24"/>
              </w:rPr>
              <w:t>a</w:t>
            </w:r>
            <w:proofErr w:type="gramEnd"/>
            <w:r w:rsidRPr="00547C18">
              <w:rPr>
                <w:rFonts w:cs="Times New Roman"/>
                <w:b/>
                <w:sz w:val="24"/>
                <w:szCs w:val="24"/>
              </w:rPr>
              <w:t xml:space="preserve"> IV-a</w:t>
            </w:r>
          </w:p>
        </w:tc>
        <w:tc>
          <w:tcPr>
            <w:tcW w:w="1339" w:type="dxa"/>
            <w:shd w:val="clear" w:color="auto" w:fill="D9EAF7"/>
            <w:vAlign w:val="center"/>
          </w:tcPr>
          <w:p w14:paraId="74D644C3" w14:textId="77777777" w:rsidR="00C23EA0" w:rsidRPr="00547C18" w:rsidRDefault="00000000">
            <w:pPr>
              <w:rPr>
                <w:rFonts w:cs="Times New Roman"/>
                <w:sz w:val="24"/>
                <w:szCs w:val="24"/>
              </w:rPr>
            </w:pPr>
            <w:r w:rsidRPr="00547C18">
              <w:rPr>
                <w:rFonts w:cs="Times New Roman"/>
                <w:b/>
                <w:sz w:val="24"/>
                <w:szCs w:val="24"/>
              </w:rPr>
              <w:t>Activitate independentă clasa a III-a</w:t>
            </w:r>
          </w:p>
        </w:tc>
        <w:tc>
          <w:tcPr>
            <w:tcW w:w="1339" w:type="dxa"/>
            <w:shd w:val="clear" w:color="auto" w:fill="D9EAF7"/>
            <w:vAlign w:val="center"/>
          </w:tcPr>
          <w:p w14:paraId="5B18DEBB" w14:textId="77777777" w:rsidR="00C23EA0" w:rsidRPr="00547C18" w:rsidRDefault="00000000">
            <w:pPr>
              <w:rPr>
                <w:rFonts w:cs="Times New Roman"/>
                <w:sz w:val="24"/>
                <w:szCs w:val="24"/>
              </w:rPr>
            </w:pPr>
            <w:r w:rsidRPr="00547C18">
              <w:rPr>
                <w:rFonts w:cs="Times New Roman"/>
                <w:b/>
                <w:sz w:val="24"/>
                <w:szCs w:val="24"/>
              </w:rPr>
              <w:t>Produse și evaluare</w:t>
            </w:r>
          </w:p>
        </w:tc>
      </w:tr>
      <w:tr w:rsidR="00C23EA0" w:rsidRPr="00547C18" w14:paraId="3F168D2D" w14:textId="77777777">
        <w:trPr>
          <w:jc w:val="center"/>
        </w:trPr>
        <w:tc>
          <w:tcPr>
            <w:tcW w:w="1339" w:type="dxa"/>
            <w:vAlign w:val="center"/>
          </w:tcPr>
          <w:p w14:paraId="0F13C866" w14:textId="77777777" w:rsidR="00C23EA0" w:rsidRPr="00547C18" w:rsidRDefault="00000000">
            <w:pPr>
              <w:rPr>
                <w:rFonts w:cs="Times New Roman"/>
                <w:sz w:val="24"/>
                <w:szCs w:val="24"/>
              </w:rPr>
            </w:pPr>
            <w:r w:rsidRPr="00547C18">
              <w:rPr>
                <w:rFonts w:cs="Times New Roman"/>
                <w:sz w:val="24"/>
                <w:szCs w:val="24"/>
              </w:rPr>
              <w:t>„Misiunea Pământ Viu”</w:t>
            </w:r>
          </w:p>
        </w:tc>
        <w:tc>
          <w:tcPr>
            <w:tcW w:w="1339" w:type="dxa"/>
            <w:vAlign w:val="center"/>
          </w:tcPr>
          <w:p w14:paraId="04FB9E17" w14:textId="77777777" w:rsidR="00C23EA0" w:rsidRPr="00547C18" w:rsidRDefault="00000000">
            <w:pPr>
              <w:rPr>
                <w:rFonts w:cs="Times New Roman"/>
                <w:sz w:val="24"/>
                <w:szCs w:val="24"/>
              </w:rPr>
            </w:pPr>
            <w:r w:rsidRPr="00547C18">
              <w:rPr>
                <w:rFonts w:cs="Times New Roman"/>
                <w:sz w:val="24"/>
                <w:szCs w:val="24"/>
              </w:rPr>
              <w:t xml:space="preserve">Solul; tipuri și proprietăți; permeabilitate; fertilitate; </w:t>
            </w:r>
            <w:r w:rsidRPr="00547C18">
              <w:rPr>
                <w:rFonts w:cs="Times New Roman"/>
                <w:sz w:val="24"/>
                <w:szCs w:val="24"/>
              </w:rPr>
              <w:lastRenderedPageBreak/>
              <w:t>humus; rol și protecție.</w:t>
            </w:r>
          </w:p>
        </w:tc>
        <w:tc>
          <w:tcPr>
            <w:tcW w:w="1339" w:type="dxa"/>
            <w:vAlign w:val="center"/>
          </w:tcPr>
          <w:p w14:paraId="43EC9233" w14:textId="77777777" w:rsidR="00C23EA0" w:rsidRPr="00547C18" w:rsidRDefault="00000000">
            <w:pPr>
              <w:rPr>
                <w:rFonts w:cs="Times New Roman"/>
                <w:sz w:val="24"/>
                <w:szCs w:val="24"/>
              </w:rPr>
            </w:pPr>
            <w:r w:rsidRPr="00547C18">
              <w:rPr>
                <w:rFonts w:cs="Times New Roman"/>
                <w:sz w:val="24"/>
                <w:szCs w:val="24"/>
              </w:rPr>
              <w:lastRenderedPageBreak/>
              <w:t xml:space="preserve">Omul – parte a naturii; etapele vieții; </w:t>
            </w:r>
            <w:r w:rsidRPr="00547C18">
              <w:rPr>
                <w:rFonts w:cs="Times New Roman"/>
                <w:sz w:val="24"/>
                <w:szCs w:val="24"/>
              </w:rPr>
              <w:lastRenderedPageBreak/>
              <w:t>corpul uman; exploratori, inventatori, tehnologii; sănătate și siguranță.</w:t>
            </w:r>
          </w:p>
        </w:tc>
        <w:tc>
          <w:tcPr>
            <w:tcW w:w="1339" w:type="dxa"/>
            <w:vAlign w:val="center"/>
          </w:tcPr>
          <w:p w14:paraId="65B1910E" w14:textId="77777777" w:rsidR="00C23EA0" w:rsidRPr="00547C18" w:rsidRDefault="00000000">
            <w:pPr>
              <w:rPr>
                <w:rFonts w:cs="Times New Roman"/>
                <w:sz w:val="24"/>
                <w:szCs w:val="24"/>
                <w:lang w:val="es-ES"/>
              </w:rPr>
            </w:pPr>
            <w:r w:rsidRPr="00547C18">
              <w:rPr>
                <w:rFonts w:cs="Times New Roman"/>
                <w:sz w:val="24"/>
                <w:szCs w:val="24"/>
                <w:lang w:val="es-ES"/>
              </w:rPr>
              <w:lastRenderedPageBreak/>
              <w:t xml:space="preserve">Observarea probelor; investigația permeabilității; </w:t>
            </w:r>
            <w:r w:rsidRPr="00547C18">
              <w:rPr>
                <w:rFonts w:cs="Times New Roman"/>
                <w:sz w:val="24"/>
                <w:szCs w:val="24"/>
                <w:lang w:val="es-ES"/>
              </w:rPr>
              <w:lastRenderedPageBreak/>
              <w:t>experimentul despre protejarea solului.</w:t>
            </w:r>
          </w:p>
        </w:tc>
        <w:tc>
          <w:tcPr>
            <w:tcW w:w="1339" w:type="dxa"/>
            <w:vAlign w:val="center"/>
          </w:tcPr>
          <w:p w14:paraId="6816C0D1" w14:textId="77777777" w:rsidR="00C23EA0" w:rsidRPr="00547C18" w:rsidRDefault="00000000">
            <w:pPr>
              <w:rPr>
                <w:rFonts w:cs="Times New Roman"/>
                <w:sz w:val="24"/>
                <w:szCs w:val="24"/>
                <w:lang w:val="es-ES"/>
              </w:rPr>
            </w:pPr>
            <w:r w:rsidRPr="00547C18">
              <w:rPr>
                <w:rFonts w:cs="Times New Roman"/>
                <w:sz w:val="24"/>
                <w:szCs w:val="24"/>
                <w:lang w:val="es-ES"/>
              </w:rPr>
              <w:lastRenderedPageBreak/>
              <w:t xml:space="preserve">Diagrama Venn; etapele vieții; produs de </w:t>
            </w:r>
            <w:r w:rsidRPr="00547C18">
              <w:rPr>
                <w:rFonts w:cs="Times New Roman"/>
                <w:sz w:val="24"/>
                <w:szCs w:val="24"/>
                <w:lang w:val="es-ES"/>
              </w:rPr>
              <w:lastRenderedPageBreak/>
              <w:t>echipă.</w:t>
            </w:r>
          </w:p>
        </w:tc>
        <w:tc>
          <w:tcPr>
            <w:tcW w:w="1339" w:type="dxa"/>
            <w:vAlign w:val="center"/>
          </w:tcPr>
          <w:p w14:paraId="4BEFFFFF" w14:textId="77777777" w:rsidR="00C23EA0" w:rsidRPr="00547C18" w:rsidRDefault="00000000">
            <w:pPr>
              <w:rPr>
                <w:rFonts w:cs="Times New Roman"/>
                <w:sz w:val="24"/>
                <w:szCs w:val="24"/>
              </w:rPr>
            </w:pPr>
            <w:proofErr w:type="spellStart"/>
            <w:r w:rsidRPr="00547C18">
              <w:rPr>
                <w:rFonts w:cs="Times New Roman"/>
                <w:sz w:val="24"/>
                <w:szCs w:val="24"/>
              </w:rPr>
              <w:lastRenderedPageBreak/>
              <w:t>Roata</w:t>
            </w:r>
            <w:proofErr w:type="spellEnd"/>
            <w:r w:rsidRPr="00547C18">
              <w:rPr>
                <w:rFonts w:cs="Times New Roman"/>
                <w:sz w:val="24"/>
                <w:szCs w:val="24"/>
              </w:rPr>
              <w:t xml:space="preserve"> </w:t>
            </w:r>
            <w:proofErr w:type="spellStart"/>
            <w:r w:rsidRPr="00547C18">
              <w:rPr>
                <w:rFonts w:cs="Times New Roman"/>
                <w:sz w:val="24"/>
                <w:szCs w:val="24"/>
              </w:rPr>
              <w:t>recapitulării</w:t>
            </w:r>
            <w:proofErr w:type="spellEnd"/>
            <w:r w:rsidRPr="00547C18">
              <w:rPr>
                <w:rFonts w:cs="Times New Roman"/>
                <w:sz w:val="24"/>
                <w:szCs w:val="24"/>
              </w:rPr>
              <w:t xml:space="preserve">; </w:t>
            </w:r>
            <w:proofErr w:type="spellStart"/>
            <w:r w:rsidRPr="00547C18">
              <w:rPr>
                <w:rFonts w:cs="Times New Roman"/>
                <w:sz w:val="24"/>
                <w:szCs w:val="24"/>
              </w:rPr>
              <w:t>prezentarea</w:t>
            </w:r>
            <w:proofErr w:type="spellEnd"/>
            <w:r w:rsidRPr="00547C18">
              <w:rPr>
                <w:rFonts w:cs="Times New Roman"/>
                <w:sz w:val="24"/>
                <w:szCs w:val="24"/>
              </w:rPr>
              <w:t xml:space="preserve"> </w:t>
            </w:r>
            <w:proofErr w:type="spellStart"/>
            <w:r w:rsidRPr="00547C18">
              <w:rPr>
                <w:rFonts w:cs="Times New Roman"/>
                <w:sz w:val="24"/>
                <w:szCs w:val="24"/>
              </w:rPr>
              <w:lastRenderedPageBreak/>
              <w:t>produselor</w:t>
            </w:r>
            <w:proofErr w:type="spellEnd"/>
            <w:r w:rsidRPr="00547C18">
              <w:rPr>
                <w:rFonts w:cs="Times New Roman"/>
                <w:sz w:val="24"/>
                <w:szCs w:val="24"/>
              </w:rPr>
              <w:t>; reporterul și feedbackul.</w:t>
            </w:r>
          </w:p>
        </w:tc>
        <w:tc>
          <w:tcPr>
            <w:tcW w:w="1339" w:type="dxa"/>
            <w:vAlign w:val="center"/>
          </w:tcPr>
          <w:p w14:paraId="513CACF5" w14:textId="77777777" w:rsidR="00C23EA0" w:rsidRPr="00547C18" w:rsidRDefault="00000000">
            <w:pPr>
              <w:rPr>
                <w:rFonts w:cs="Times New Roman"/>
                <w:sz w:val="24"/>
                <w:szCs w:val="24"/>
              </w:rPr>
            </w:pPr>
            <w:r w:rsidRPr="00547C18">
              <w:rPr>
                <w:rFonts w:cs="Times New Roman"/>
                <w:sz w:val="24"/>
                <w:szCs w:val="24"/>
                <w:lang w:val="es-ES"/>
              </w:rPr>
              <w:lastRenderedPageBreak/>
              <w:t xml:space="preserve">Tabel comparativ; concluzie; „Așa da/Așa nu!” </w:t>
            </w:r>
            <w:proofErr w:type="spellStart"/>
            <w:r w:rsidRPr="00547C18">
              <w:rPr>
                <w:rFonts w:cs="Times New Roman"/>
                <w:sz w:val="24"/>
                <w:szCs w:val="24"/>
              </w:rPr>
              <w:t>și</w:t>
            </w:r>
            <w:proofErr w:type="spellEnd"/>
            <w:r w:rsidRPr="00547C18">
              <w:rPr>
                <w:rFonts w:cs="Times New Roman"/>
                <w:sz w:val="24"/>
                <w:szCs w:val="24"/>
              </w:rPr>
              <w:t xml:space="preserve"> </w:t>
            </w:r>
            <w:proofErr w:type="spellStart"/>
            <w:r w:rsidRPr="00547C18">
              <w:rPr>
                <w:rFonts w:cs="Times New Roman"/>
                <w:sz w:val="24"/>
                <w:szCs w:val="24"/>
              </w:rPr>
              <w:lastRenderedPageBreak/>
              <w:t>situații-problemă</w:t>
            </w:r>
            <w:proofErr w:type="spellEnd"/>
            <w:r w:rsidRPr="00547C18">
              <w:rPr>
                <w:rFonts w:cs="Times New Roman"/>
                <w:sz w:val="24"/>
                <w:szCs w:val="24"/>
              </w:rPr>
              <w:t>.</w:t>
            </w:r>
          </w:p>
        </w:tc>
        <w:tc>
          <w:tcPr>
            <w:tcW w:w="1339" w:type="dxa"/>
            <w:vAlign w:val="center"/>
          </w:tcPr>
          <w:p w14:paraId="1FC40C3F" w14:textId="77777777" w:rsidR="00C23EA0" w:rsidRPr="00547C18" w:rsidRDefault="00000000">
            <w:pPr>
              <w:rPr>
                <w:rFonts w:cs="Times New Roman"/>
                <w:sz w:val="24"/>
                <w:szCs w:val="24"/>
              </w:rPr>
            </w:pPr>
            <w:r w:rsidRPr="00547C18">
              <w:rPr>
                <w:rFonts w:cs="Times New Roman"/>
                <w:sz w:val="24"/>
                <w:szCs w:val="24"/>
              </w:rPr>
              <w:lastRenderedPageBreak/>
              <w:t xml:space="preserve">Fișe de investigație și recapitulare; </w:t>
            </w:r>
            <w:r w:rsidRPr="00547C18">
              <w:rPr>
                <w:rFonts w:cs="Times New Roman"/>
                <w:sz w:val="24"/>
                <w:szCs w:val="24"/>
              </w:rPr>
              <w:lastRenderedPageBreak/>
              <w:t>poster/jurnal; EFI, EFP, evaluare reciprocă și autoevaluare.</w:t>
            </w:r>
          </w:p>
        </w:tc>
      </w:tr>
    </w:tbl>
    <w:p w14:paraId="5F32CB57" w14:textId="77777777" w:rsidR="00C23EA0" w:rsidRPr="00547C18" w:rsidRDefault="00000000">
      <w:pPr>
        <w:spacing w:before="120" w:after="80"/>
        <w:rPr>
          <w:rFonts w:cs="Times New Roman"/>
          <w:sz w:val="24"/>
          <w:szCs w:val="24"/>
        </w:rPr>
      </w:pPr>
      <w:r w:rsidRPr="00547C18">
        <w:rPr>
          <w:rFonts w:cs="Times New Roman"/>
          <w:b/>
          <w:color w:val="1F4E79"/>
          <w:sz w:val="24"/>
          <w:szCs w:val="24"/>
        </w:rPr>
        <w:t>12. Notă metodologică privind gestionarea ritmului în regim simultan</w:t>
      </w:r>
    </w:p>
    <w:p w14:paraId="3AAFBA33" w14:textId="77777777" w:rsidR="00C23EA0" w:rsidRPr="00547C18" w:rsidRDefault="00000000">
      <w:pPr>
        <w:spacing w:after="80"/>
        <w:rPr>
          <w:rFonts w:cs="Times New Roman"/>
          <w:sz w:val="24"/>
          <w:szCs w:val="24"/>
        </w:rPr>
      </w:pPr>
      <w:r w:rsidRPr="00547C18">
        <w:rPr>
          <w:rFonts w:cs="Times New Roman"/>
          <w:sz w:val="24"/>
          <w:szCs w:val="24"/>
        </w:rPr>
        <w:t>Toate materialele se pregătesc înaintea lecției în două seturi distincte. Instrucțiunea activității independente se oferă înainte de rotația atenției și rămâne vizibilă. Fiecare sarcină independentă are un produs clar și un timp precis. Clasa a IV-a poate avea rol de model în momentele comune, fără a rezolva sarcinile clasei a III-a. Experimentele cu sol și apă se desfășoară pe tăvi, în cantități mici, iar elevii își spală mâinile după manipularea probelor.</w:t>
      </w:r>
    </w:p>
    <w:p w14:paraId="0286F818" w14:textId="77777777" w:rsidR="00C23EA0" w:rsidRPr="00547C18" w:rsidRDefault="00000000">
      <w:pPr>
        <w:spacing w:before="120" w:after="80"/>
        <w:rPr>
          <w:rFonts w:cs="Times New Roman"/>
          <w:sz w:val="24"/>
          <w:szCs w:val="24"/>
          <w:lang w:val="fr-FR"/>
        </w:rPr>
      </w:pPr>
      <w:r w:rsidRPr="00547C18">
        <w:rPr>
          <w:rFonts w:cs="Times New Roman"/>
          <w:b/>
          <w:color w:val="1F4E79"/>
          <w:sz w:val="24"/>
          <w:szCs w:val="24"/>
          <w:lang w:val="fr-FR"/>
        </w:rPr>
        <w:t xml:space="preserve">13. </w:t>
      </w:r>
      <w:proofErr w:type="spellStart"/>
      <w:r w:rsidRPr="00547C18">
        <w:rPr>
          <w:rFonts w:cs="Times New Roman"/>
          <w:b/>
          <w:color w:val="1F4E79"/>
          <w:sz w:val="24"/>
          <w:szCs w:val="24"/>
          <w:lang w:val="fr-FR"/>
        </w:rPr>
        <w:t>Resurse</w:t>
      </w:r>
      <w:proofErr w:type="spellEnd"/>
      <w:r w:rsidRPr="00547C18">
        <w:rPr>
          <w:rFonts w:cs="Times New Roman"/>
          <w:b/>
          <w:color w:val="1F4E79"/>
          <w:sz w:val="24"/>
          <w:szCs w:val="24"/>
          <w:lang w:val="fr-FR"/>
        </w:rPr>
        <w:t xml:space="preserve"> </w:t>
      </w:r>
      <w:proofErr w:type="spellStart"/>
      <w:r w:rsidRPr="00547C18">
        <w:rPr>
          <w:rFonts w:cs="Times New Roman"/>
          <w:b/>
          <w:color w:val="1F4E79"/>
          <w:sz w:val="24"/>
          <w:szCs w:val="24"/>
          <w:lang w:val="fr-FR"/>
        </w:rPr>
        <w:t>informaționale</w:t>
      </w:r>
      <w:proofErr w:type="spellEnd"/>
      <w:r w:rsidRPr="00547C18">
        <w:rPr>
          <w:rFonts w:cs="Times New Roman"/>
          <w:b/>
          <w:color w:val="1F4E79"/>
          <w:sz w:val="24"/>
          <w:szCs w:val="24"/>
          <w:lang w:val="fr-FR"/>
        </w:rPr>
        <w:t xml:space="preserve"> </w:t>
      </w:r>
      <w:proofErr w:type="spellStart"/>
      <w:r w:rsidRPr="00547C18">
        <w:rPr>
          <w:rFonts w:cs="Times New Roman"/>
          <w:b/>
          <w:color w:val="1F4E79"/>
          <w:sz w:val="24"/>
          <w:szCs w:val="24"/>
          <w:lang w:val="fr-FR"/>
        </w:rPr>
        <w:t>și</w:t>
      </w:r>
      <w:proofErr w:type="spellEnd"/>
      <w:r w:rsidRPr="00547C18">
        <w:rPr>
          <w:rFonts w:cs="Times New Roman"/>
          <w:b/>
          <w:color w:val="1F4E79"/>
          <w:sz w:val="24"/>
          <w:szCs w:val="24"/>
          <w:lang w:val="fr-FR"/>
        </w:rPr>
        <w:t xml:space="preserve"> </w:t>
      </w:r>
      <w:proofErr w:type="spellStart"/>
      <w:r w:rsidRPr="00547C18">
        <w:rPr>
          <w:rFonts w:cs="Times New Roman"/>
          <w:b/>
          <w:color w:val="1F4E79"/>
          <w:sz w:val="24"/>
          <w:szCs w:val="24"/>
          <w:lang w:val="fr-FR"/>
        </w:rPr>
        <w:t>metodologice</w:t>
      </w:r>
      <w:proofErr w:type="spellEnd"/>
    </w:p>
    <w:p w14:paraId="0EE861BA" w14:textId="77777777" w:rsidR="00C23EA0" w:rsidRPr="00547C18" w:rsidRDefault="00000000">
      <w:pPr>
        <w:rPr>
          <w:rFonts w:cs="Times New Roman"/>
          <w:sz w:val="24"/>
          <w:szCs w:val="24"/>
          <w:lang w:val="fr-FR"/>
        </w:rPr>
      </w:pPr>
      <w:r w:rsidRPr="00547C18">
        <w:rPr>
          <w:rFonts w:cs="Times New Roman"/>
          <w:sz w:val="24"/>
          <w:szCs w:val="24"/>
          <w:lang w:val="fr-FR"/>
        </w:rPr>
        <w:t xml:space="preserve">1. Curriculum </w:t>
      </w:r>
      <w:proofErr w:type="spellStart"/>
      <w:r w:rsidRPr="00547C18">
        <w:rPr>
          <w:rFonts w:cs="Times New Roman"/>
          <w:sz w:val="24"/>
          <w:szCs w:val="24"/>
          <w:lang w:val="fr-FR"/>
        </w:rPr>
        <w:t>național</w:t>
      </w:r>
      <w:proofErr w:type="spellEnd"/>
      <w:r w:rsidRPr="00547C18">
        <w:rPr>
          <w:rFonts w:cs="Times New Roman"/>
          <w:sz w:val="24"/>
          <w:szCs w:val="24"/>
          <w:lang w:val="fr-FR"/>
        </w:rPr>
        <w:t xml:space="preserve">. </w:t>
      </w:r>
      <w:proofErr w:type="spellStart"/>
      <w:r w:rsidRPr="00547C18">
        <w:rPr>
          <w:rFonts w:cs="Times New Roman"/>
          <w:sz w:val="24"/>
          <w:szCs w:val="24"/>
          <w:lang w:val="fr-FR"/>
        </w:rPr>
        <w:t>Învățământul</w:t>
      </w:r>
      <w:proofErr w:type="spellEnd"/>
      <w:r w:rsidRPr="00547C18">
        <w:rPr>
          <w:rFonts w:cs="Times New Roman"/>
          <w:sz w:val="24"/>
          <w:szCs w:val="24"/>
          <w:lang w:val="fr-FR"/>
        </w:rPr>
        <w:t xml:space="preserve"> </w:t>
      </w:r>
      <w:proofErr w:type="spellStart"/>
      <w:r w:rsidRPr="00547C18">
        <w:rPr>
          <w:rFonts w:cs="Times New Roman"/>
          <w:sz w:val="24"/>
          <w:szCs w:val="24"/>
          <w:lang w:val="fr-FR"/>
        </w:rPr>
        <w:t>primar</w:t>
      </w:r>
      <w:proofErr w:type="spellEnd"/>
      <w:r w:rsidRPr="00547C18">
        <w:rPr>
          <w:rFonts w:cs="Times New Roman"/>
          <w:sz w:val="24"/>
          <w:szCs w:val="24"/>
          <w:lang w:val="fr-FR"/>
        </w:rPr>
        <w:t xml:space="preserve">. </w:t>
      </w:r>
      <w:proofErr w:type="spellStart"/>
      <w:proofErr w:type="gramStart"/>
      <w:r w:rsidRPr="00547C18">
        <w:rPr>
          <w:rFonts w:cs="Times New Roman"/>
          <w:sz w:val="24"/>
          <w:szCs w:val="24"/>
          <w:lang w:val="fr-FR"/>
        </w:rPr>
        <w:t>Chișinău</w:t>
      </w:r>
      <w:proofErr w:type="spellEnd"/>
      <w:r w:rsidRPr="00547C18">
        <w:rPr>
          <w:rFonts w:cs="Times New Roman"/>
          <w:sz w:val="24"/>
          <w:szCs w:val="24"/>
          <w:lang w:val="fr-FR"/>
        </w:rPr>
        <w:t>:</w:t>
      </w:r>
      <w:proofErr w:type="gramEnd"/>
      <w:r w:rsidRPr="00547C18">
        <w:rPr>
          <w:rFonts w:cs="Times New Roman"/>
          <w:sz w:val="24"/>
          <w:szCs w:val="24"/>
          <w:lang w:val="fr-FR"/>
        </w:rPr>
        <w:t xml:space="preserve"> MECC, 2018.</w:t>
      </w:r>
    </w:p>
    <w:p w14:paraId="03F9C81C" w14:textId="77777777" w:rsidR="00C23EA0" w:rsidRPr="00547C18" w:rsidRDefault="00000000">
      <w:pPr>
        <w:rPr>
          <w:rFonts w:cs="Times New Roman"/>
          <w:sz w:val="24"/>
          <w:szCs w:val="24"/>
          <w:lang w:val="fr-FR"/>
        </w:rPr>
      </w:pPr>
      <w:r w:rsidRPr="00547C18">
        <w:rPr>
          <w:rFonts w:cs="Times New Roman"/>
          <w:sz w:val="24"/>
          <w:szCs w:val="24"/>
          <w:lang w:val="fr-FR"/>
        </w:rPr>
        <w:t xml:space="preserve">2. Ghid de </w:t>
      </w:r>
      <w:proofErr w:type="spellStart"/>
      <w:r w:rsidRPr="00547C18">
        <w:rPr>
          <w:rFonts w:cs="Times New Roman"/>
          <w:sz w:val="24"/>
          <w:szCs w:val="24"/>
          <w:lang w:val="fr-FR"/>
        </w:rPr>
        <w:t>implementare</w:t>
      </w:r>
      <w:proofErr w:type="spellEnd"/>
      <w:r w:rsidRPr="00547C18">
        <w:rPr>
          <w:rFonts w:cs="Times New Roman"/>
          <w:sz w:val="24"/>
          <w:szCs w:val="24"/>
          <w:lang w:val="fr-FR"/>
        </w:rPr>
        <w:t xml:space="preserve"> a </w:t>
      </w:r>
      <w:proofErr w:type="spellStart"/>
      <w:r w:rsidRPr="00547C18">
        <w:rPr>
          <w:rFonts w:cs="Times New Roman"/>
          <w:sz w:val="24"/>
          <w:szCs w:val="24"/>
          <w:lang w:val="fr-FR"/>
        </w:rPr>
        <w:t>curriculumului</w:t>
      </w:r>
      <w:proofErr w:type="spellEnd"/>
      <w:r w:rsidRPr="00547C18">
        <w:rPr>
          <w:rFonts w:cs="Times New Roman"/>
          <w:sz w:val="24"/>
          <w:szCs w:val="24"/>
          <w:lang w:val="fr-FR"/>
        </w:rPr>
        <w:t xml:space="preserve"> </w:t>
      </w:r>
      <w:proofErr w:type="spellStart"/>
      <w:r w:rsidRPr="00547C18">
        <w:rPr>
          <w:rFonts w:cs="Times New Roman"/>
          <w:sz w:val="24"/>
          <w:szCs w:val="24"/>
          <w:lang w:val="fr-FR"/>
        </w:rPr>
        <w:t>pentru</w:t>
      </w:r>
      <w:proofErr w:type="spellEnd"/>
      <w:r w:rsidRPr="00547C18">
        <w:rPr>
          <w:rFonts w:cs="Times New Roman"/>
          <w:sz w:val="24"/>
          <w:szCs w:val="24"/>
          <w:lang w:val="fr-FR"/>
        </w:rPr>
        <w:t xml:space="preserve"> </w:t>
      </w:r>
      <w:proofErr w:type="spellStart"/>
      <w:r w:rsidRPr="00547C18">
        <w:rPr>
          <w:rFonts w:cs="Times New Roman"/>
          <w:sz w:val="24"/>
          <w:szCs w:val="24"/>
          <w:lang w:val="fr-FR"/>
        </w:rPr>
        <w:t>învățământul</w:t>
      </w:r>
      <w:proofErr w:type="spellEnd"/>
      <w:r w:rsidRPr="00547C18">
        <w:rPr>
          <w:rFonts w:cs="Times New Roman"/>
          <w:sz w:val="24"/>
          <w:szCs w:val="24"/>
          <w:lang w:val="fr-FR"/>
        </w:rPr>
        <w:t xml:space="preserve"> </w:t>
      </w:r>
      <w:proofErr w:type="spellStart"/>
      <w:r w:rsidRPr="00547C18">
        <w:rPr>
          <w:rFonts w:cs="Times New Roman"/>
          <w:sz w:val="24"/>
          <w:szCs w:val="24"/>
          <w:lang w:val="fr-FR"/>
        </w:rPr>
        <w:t>primar</w:t>
      </w:r>
      <w:proofErr w:type="spellEnd"/>
      <w:r w:rsidRPr="00547C18">
        <w:rPr>
          <w:rFonts w:cs="Times New Roman"/>
          <w:sz w:val="24"/>
          <w:szCs w:val="24"/>
          <w:lang w:val="fr-FR"/>
        </w:rPr>
        <w:t xml:space="preserve">. </w:t>
      </w:r>
      <w:proofErr w:type="spellStart"/>
      <w:proofErr w:type="gramStart"/>
      <w:r w:rsidRPr="00547C18">
        <w:rPr>
          <w:rFonts w:cs="Times New Roman"/>
          <w:sz w:val="24"/>
          <w:szCs w:val="24"/>
          <w:lang w:val="fr-FR"/>
        </w:rPr>
        <w:t>Chișinău</w:t>
      </w:r>
      <w:proofErr w:type="spellEnd"/>
      <w:r w:rsidRPr="00547C18">
        <w:rPr>
          <w:rFonts w:cs="Times New Roman"/>
          <w:sz w:val="24"/>
          <w:szCs w:val="24"/>
          <w:lang w:val="fr-FR"/>
        </w:rPr>
        <w:t>:</w:t>
      </w:r>
      <w:proofErr w:type="gramEnd"/>
      <w:r w:rsidRPr="00547C18">
        <w:rPr>
          <w:rFonts w:cs="Times New Roman"/>
          <w:sz w:val="24"/>
          <w:szCs w:val="24"/>
          <w:lang w:val="fr-FR"/>
        </w:rPr>
        <w:t xml:space="preserve"> MECC, 2018.</w:t>
      </w:r>
    </w:p>
    <w:p w14:paraId="207E92BF" w14:textId="77777777" w:rsidR="00C23EA0" w:rsidRPr="00547C18" w:rsidRDefault="00000000">
      <w:pPr>
        <w:rPr>
          <w:rFonts w:cs="Times New Roman"/>
          <w:sz w:val="24"/>
          <w:szCs w:val="24"/>
          <w:lang w:val="es-ES"/>
        </w:rPr>
      </w:pPr>
      <w:r w:rsidRPr="00547C18">
        <w:rPr>
          <w:rFonts w:cs="Times New Roman"/>
          <w:sz w:val="24"/>
          <w:szCs w:val="24"/>
          <w:lang w:val="fr-FR"/>
        </w:rPr>
        <w:t xml:space="preserve">3. </w:t>
      </w:r>
      <w:proofErr w:type="spellStart"/>
      <w:r w:rsidRPr="00547C18">
        <w:rPr>
          <w:rFonts w:cs="Times New Roman"/>
          <w:sz w:val="24"/>
          <w:szCs w:val="24"/>
          <w:lang w:val="fr-FR"/>
        </w:rPr>
        <w:t>Metodologia</w:t>
      </w:r>
      <w:proofErr w:type="spellEnd"/>
      <w:r w:rsidRPr="00547C18">
        <w:rPr>
          <w:rFonts w:cs="Times New Roman"/>
          <w:sz w:val="24"/>
          <w:szCs w:val="24"/>
          <w:lang w:val="fr-FR"/>
        </w:rPr>
        <w:t xml:space="preserve"> </w:t>
      </w:r>
      <w:proofErr w:type="spellStart"/>
      <w:r w:rsidRPr="00547C18">
        <w:rPr>
          <w:rFonts w:cs="Times New Roman"/>
          <w:sz w:val="24"/>
          <w:szCs w:val="24"/>
          <w:lang w:val="fr-FR"/>
        </w:rPr>
        <w:t>privind</w:t>
      </w:r>
      <w:proofErr w:type="spellEnd"/>
      <w:r w:rsidRPr="00547C18">
        <w:rPr>
          <w:rFonts w:cs="Times New Roman"/>
          <w:sz w:val="24"/>
          <w:szCs w:val="24"/>
          <w:lang w:val="fr-FR"/>
        </w:rPr>
        <w:t xml:space="preserve"> </w:t>
      </w:r>
      <w:proofErr w:type="spellStart"/>
      <w:r w:rsidRPr="00547C18">
        <w:rPr>
          <w:rFonts w:cs="Times New Roman"/>
          <w:sz w:val="24"/>
          <w:szCs w:val="24"/>
          <w:lang w:val="fr-FR"/>
        </w:rPr>
        <w:t>evaluarea</w:t>
      </w:r>
      <w:proofErr w:type="spellEnd"/>
      <w:r w:rsidRPr="00547C18">
        <w:rPr>
          <w:rFonts w:cs="Times New Roman"/>
          <w:sz w:val="24"/>
          <w:szCs w:val="24"/>
          <w:lang w:val="fr-FR"/>
        </w:rPr>
        <w:t xml:space="preserve"> </w:t>
      </w:r>
      <w:proofErr w:type="spellStart"/>
      <w:r w:rsidRPr="00547C18">
        <w:rPr>
          <w:rFonts w:cs="Times New Roman"/>
          <w:sz w:val="24"/>
          <w:szCs w:val="24"/>
          <w:lang w:val="fr-FR"/>
        </w:rPr>
        <w:t>criterială</w:t>
      </w:r>
      <w:proofErr w:type="spellEnd"/>
      <w:r w:rsidRPr="00547C18">
        <w:rPr>
          <w:rFonts w:cs="Times New Roman"/>
          <w:sz w:val="24"/>
          <w:szCs w:val="24"/>
          <w:lang w:val="fr-FR"/>
        </w:rPr>
        <w:t xml:space="preserve"> </w:t>
      </w:r>
      <w:proofErr w:type="spellStart"/>
      <w:r w:rsidRPr="00547C18">
        <w:rPr>
          <w:rFonts w:cs="Times New Roman"/>
          <w:sz w:val="24"/>
          <w:szCs w:val="24"/>
          <w:lang w:val="fr-FR"/>
        </w:rPr>
        <w:t>prin</w:t>
      </w:r>
      <w:proofErr w:type="spellEnd"/>
      <w:r w:rsidRPr="00547C18">
        <w:rPr>
          <w:rFonts w:cs="Times New Roman"/>
          <w:sz w:val="24"/>
          <w:szCs w:val="24"/>
          <w:lang w:val="fr-FR"/>
        </w:rPr>
        <w:t xml:space="preserve"> </w:t>
      </w:r>
      <w:proofErr w:type="spellStart"/>
      <w:r w:rsidRPr="00547C18">
        <w:rPr>
          <w:rFonts w:cs="Times New Roman"/>
          <w:sz w:val="24"/>
          <w:szCs w:val="24"/>
          <w:lang w:val="fr-FR"/>
        </w:rPr>
        <w:t>descriptori</w:t>
      </w:r>
      <w:proofErr w:type="spellEnd"/>
      <w:r w:rsidRPr="00547C18">
        <w:rPr>
          <w:rFonts w:cs="Times New Roman"/>
          <w:sz w:val="24"/>
          <w:szCs w:val="24"/>
          <w:lang w:val="fr-FR"/>
        </w:rPr>
        <w:t xml:space="preserve">, </w:t>
      </w:r>
      <w:proofErr w:type="spellStart"/>
      <w:r w:rsidRPr="00547C18">
        <w:rPr>
          <w:rFonts w:cs="Times New Roman"/>
          <w:sz w:val="24"/>
          <w:szCs w:val="24"/>
          <w:lang w:val="fr-FR"/>
        </w:rPr>
        <w:t>clasele</w:t>
      </w:r>
      <w:proofErr w:type="spellEnd"/>
      <w:r w:rsidRPr="00547C18">
        <w:rPr>
          <w:rFonts w:cs="Times New Roman"/>
          <w:sz w:val="24"/>
          <w:szCs w:val="24"/>
          <w:lang w:val="fr-FR"/>
        </w:rPr>
        <w:t xml:space="preserve"> I–IV. </w:t>
      </w:r>
      <w:r w:rsidRPr="00547C18">
        <w:rPr>
          <w:rFonts w:cs="Times New Roman"/>
          <w:sz w:val="24"/>
          <w:szCs w:val="24"/>
          <w:lang w:val="es-ES"/>
        </w:rPr>
        <w:t>Chișinău, 2019.</w:t>
      </w:r>
    </w:p>
    <w:p w14:paraId="32D0622F" w14:textId="77777777" w:rsidR="00C23EA0" w:rsidRPr="00547C18" w:rsidRDefault="00000000">
      <w:pPr>
        <w:rPr>
          <w:rFonts w:cs="Times New Roman"/>
          <w:sz w:val="24"/>
          <w:szCs w:val="24"/>
          <w:lang w:val="es-ES"/>
        </w:rPr>
      </w:pPr>
      <w:r w:rsidRPr="00547C18">
        <w:rPr>
          <w:rFonts w:cs="Times New Roman"/>
          <w:sz w:val="24"/>
          <w:szCs w:val="24"/>
          <w:lang w:val="es-ES"/>
        </w:rPr>
        <w:t>4. Galben-Panciuc Z. et al. Științe, manual pentru clasa a III-a. Chișinău: Prut Internațional, 2023.</w:t>
      </w:r>
    </w:p>
    <w:p w14:paraId="7F5372C5" w14:textId="77777777" w:rsidR="00C23EA0" w:rsidRPr="00547C18" w:rsidRDefault="00000000">
      <w:pPr>
        <w:rPr>
          <w:rFonts w:cs="Times New Roman"/>
          <w:sz w:val="24"/>
          <w:szCs w:val="24"/>
        </w:rPr>
      </w:pPr>
      <w:r w:rsidRPr="00547C18">
        <w:rPr>
          <w:rFonts w:cs="Times New Roman"/>
          <w:sz w:val="24"/>
          <w:szCs w:val="24"/>
          <w:lang w:val="es-ES"/>
        </w:rPr>
        <w:t xml:space="preserve">5. Galben-Panciuc Z. et al. Științe, manual pentru clasa a IV-a. </w:t>
      </w:r>
      <w:r w:rsidRPr="00547C18">
        <w:rPr>
          <w:rFonts w:cs="Times New Roman"/>
          <w:sz w:val="24"/>
          <w:szCs w:val="24"/>
        </w:rPr>
        <w:t xml:space="preserve">Chișinău: Prut </w:t>
      </w:r>
      <w:proofErr w:type="spellStart"/>
      <w:r w:rsidRPr="00547C18">
        <w:rPr>
          <w:rFonts w:cs="Times New Roman"/>
          <w:sz w:val="24"/>
          <w:szCs w:val="24"/>
        </w:rPr>
        <w:t>Internațional</w:t>
      </w:r>
      <w:proofErr w:type="spellEnd"/>
      <w:r w:rsidRPr="00547C18">
        <w:rPr>
          <w:rFonts w:cs="Times New Roman"/>
          <w:sz w:val="24"/>
          <w:szCs w:val="24"/>
        </w:rPr>
        <w:t>, 2023.</w:t>
      </w:r>
    </w:p>
    <w:sectPr w:rsidR="00C23EA0" w:rsidRPr="00547C18" w:rsidSect="00034616">
      <w:pgSz w:w="12240" w:h="15840"/>
      <w:pgMar w:top="765" w:right="765" w:bottom="765" w:left="7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27A3D" w14:textId="77777777" w:rsidR="00931634" w:rsidRDefault="00931634">
      <w:pPr>
        <w:spacing w:after="0" w:line="240" w:lineRule="auto"/>
      </w:pPr>
      <w:r>
        <w:separator/>
      </w:r>
    </w:p>
  </w:endnote>
  <w:endnote w:type="continuationSeparator" w:id="0">
    <w:p w14:paraId="20187F38" w14:textId="77777777" w:rsidR="00931634" w:rsidRDefault="0093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6B27B" w14:textId="77777777" w:rsidR="00931634" w:rsidRDefault="00931634">
      <w:pPr>
        <w:spacing w:after="0" w:line="240" w:lineRule="auto"/>
      </w:pPr>
      <w:r>
        <w:separator/>
      </w:r>
    </w:p>
  </w:footnote>
  <w:footnote w:type="continuationSeparator" w:id="0">
    <w:p w14:paraId="71992262" w14:textId="77777777" w:rsidR="00931634" w:rsidRDefault="00931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490638598">
    <w:abstractNumId w:val="8"/>
  </w:num>
  <w:num w:numId="2" w16cid:durableId="1489051561">
    <w:abstractNumId w:val="6"/>
  </w:num>
  <w:num w:numId="3" w16cid:durableId="274336561">
    <w:abstractNumId w:val="5"/>
  </w:num>
  <w:num w:numId="4" w16cid:durableId="1568832856">
    <w:abstractNumId w:val="4"/>
  </w:num>
  <w:num w:numId="5" w16cid:durableId="474297618">
    <w:abstractNumId w:val="7"/>
  </w:num>
  <w:num w:numId="6" w16cid:durableId="2082101206">
    <w:abstractNumId w:val="3"/>
  </w:num>
  <w:num w:numId="7" w16cid:durableId="642580778">
    <w:abstractNumId w:val="2"/>
  </w:num>
  <w:num w:numId="8" w16cid:durableId="849486778">
    <w:abstractNumId w:val="1"/>
  </w:num>
  <w:num w:numId="9" w16cid:durableId="80323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47C18"/>
    <w:rsid w:val="00561987"/>
    <w:rsid w:val="00931634"/>
    <w:rsid w:val="00AA1D8D"/>
    <w:rsid w:val="00B47730"/>
    <w:rsid w:val="00C23EA0"/>
    <w:rsid w:val="00CB0664"/>
    <w:rsid w:val="00F232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EE6CC"/>
  <w14:defaultImageDpi w14:val="300"/>
  <w15:docId w15:val="{17288E64-5409-4B3A-A987-44284306A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2297</Words>
  <Characters>13324</Characters>
  <Application>Microsoft Office Word</Application>
  <DocSecurity>0</DocSecurity>
  <Lines>111</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domentiangela923@gmail.com</cp:lastModifiedBy>
  <cp:revision>3</cp:revision>
  <dcterms:created xsi:type="dcterms:W3CDTF">2013-12-23T23:15:00Z</dcterms:created>
  <dcterms:modified xsi:type="dcterms:W3CDTF">2026-08-19T20:18:00Z</dcterms:modified>
  <cp:category/>
</cp:coreProperties>
</file>